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BA78F3" w14:textId="77777777" w:rsidR="00A51273" w:rsidRPr="003C4D27" w:rsidRDefault="00A51273" w:rsidP="00A51273">
      <w:pPr>
        <w:contextualSpacing/>
        <w:jc w:val="center"/>
        <w:rPr>
          <w:rFonts w:asciiTheme="majorHAnsi" w:eastAsiaTheme="majorEastAsia" w:hAnsiTheme="majorHAnsi" w:cstheme="majorBidi"/>
          <w:b/>
          <w:spacing w:val="5"/>
          <w:kern w:val="28"/>
          <w:szCs w:val="52"/>
          <w:lang w:eastAsia="zh-TW"/>
        </w:rPr>
      </w:pPr>
      <w:r>
        <w:rPr>
          <w:b/>
          <w:color w:val="000000"/>
          <w:spacing w:val="5"/>
          <w:kern w:val="28"/>
          <w:sz w:val="36"/>
          <w:szCs w:val="36"/>
          <w:lang w:eastAsia="zh-TW"/>
        </w:rPr>
        <w:t>運動部全民運動署</w:t>
      </w:r>
      <w:r>
        <w:rPr>
          <w:b/>
          <w:color w:val="000000"/>
          <w:spacing w:val="5"/>
          <w:kern w:val="28"/>
          <w:sz w:val="36"/>
          <w:szCs w:val="36"/>
          <w:lang w:eastAsia="zh-TW"/>
        </w:rPr>
        <w:t>115</w:t>
      </w:r>
      <w:r>
        <w:rPr>
          <w:b/>
          <w:color w:val="000000"/>
          <w:spacing w:val="5"/>
          <w:kern w:val="28"/>
          <w:sz w:val="36"/>
          <w:szCs w:val="36"/>
          <w:lang w:eastAsia="zh-TW"/>
        </w:rPr>
        <w:t>年全國民俗運動匯演賽</w:t>
      </w:r>
    </w:p>
    <w:p w14:paraId="3DBF00E8" w14:textId="77777777" w:rsidR="00A51273" w:rsidRPr="003C4D27" w:rsidRDefault="009707B7" w:rsidP="00A51273">
      <w:pPr>
        <w:contextualSpacing/>
        <w:jc w:val="center"/>
        <w:rPr>
          <w:rFonts w:asciiTheme="majorHAnsi" w:eastAsiaTheme="majorEastAsia" w:hAnsiTheme="majorHAnsi" w:cstheme="majorBidi"/>
          <w:b/>
          <w:spacing w:val="5"/>
          <w:kern w:val="28"/>
          <w:szCs w:val="52"/>
          <w:lang w:eastAsia="zh-TW"/>
        </w:rPr>
      </w:pPr>
      <w:r>
        <w:rPr>
          <w:b/>
          <w:color w:val="000000"/>
          <w:spacing w:val="5"/>
          <w:kern w:val="28"/>
          <w:sz w:val="36"/>
          <w:szCs w:val="36"/>
          <w:lang w:eastAsia="zh-TW"/>
        </w:rPr>
        <w:t>踢毽</w:t>
      </w:r>
      <w:r w:rsidR="00A51273">
        <w:rPr>
          <w:b/>
          <w:color w:val="000000"/>
          <w:spacing w:val="5"/>
          <w:kern w:val="28"/>
          <w:sz w:val="36"/>
          <w:szCs w:val="36"/>
          <w:lang w:eastAsia="zh-TW"/>
        </w:rPr>
        <w:t>競賽規程</w:t>
      </w:r>
    </w:p>
    <w:p w14:paraId="7529E032" w14:textId="77777777" w:rsidR="0072306C" w:rsidRPr="003C4D27" w:rsidRDefault="0072306C" w:rsidP="0072306C">
      <w:pPr>
        <w:spacing w:beforeLines="50" w:before="120"/>
        <w:ind w:leftChars="1" w:left="568" w:hangingChars="202" w:hanging="566"/>
        <w:rPr>
          <w:lang w:eastAsia="zh-TW"/>
        </w:rPr>
      </w:pPr>
      <w:bookmarkStart w:id="0" w:name="_Hlk241524869"/>
      <w:r w:rsidRPr="003C4D27">
        <w:rPr>
          <w:sz w:val="28"/>
          <w:szCs w:val="28"/>
          <w:lang w:eastAsia="zh-TW"/>
        </w:rPr>
        <w:t>一、依據：運動部全民運動署</w:t>
      </w:r>
      <w:r w:rsidRPr="003C4D27">
        <w:rPr>
          <w:sz w:val="28"/>
          <w:szCs w:val="28"/>
          <w:lang w:eastAsia="zh-TW"/>
        </w:rPr>
        <w:t>115</w:t>
      </w:r>
      <w:r w:rsidRPr="003C4D27">
        <w:rPr>
          <w:sz w:val="28"/>
          <w:szCs w:val="28"/>
          <w:lang w:eastAsia="zh-TW"/>
        </w:rPr>
        <w:t>年推展全民民俗運動計畫核定函辦理。</w:t>
      </w:r>
    </w:p>
    <w:p w14:paraId="628AC69D" w14:textId="77777777" w:rsidR="0072306C" w:rsidRPr="003C4D27" w:rsidRDefault="0072306C" w:rsidP="0072306C">
      <w:pPr>
        <w:spacing w:beforeLines="50" w:before="120"/>
        <w:ind w:leftChars="1" w:left="568" w:hangingChars="202" w:hanging="566"/>
        <w:rPr>
          <w:lang w:eastAsia="zh-TW"/>
        </w:rPr>
      </w:pPr>
      <w:r w:rsidRPr="003C4D27">
        <w:rPr>
          <w:sz w:val="28"/>
          <w:szCs w:val="28"/>
          <w:lang w:eastAsia="zh-TW"/>
        </w:rPr>
        <w:t>二、宗旨：為落實推展全民民俗運動，促進全齡及社區參與，提供多元化學習與交流管道，傳承民俗技藝，培養終身運動之習慣，特辦理此項活動。</w:t>
      </w:r>
    </w:p>
    <w:p w14:paraId="00F256F8" w14:textId="77777777" w:rsidR="0072306C" w:rsidRPr="003C4D27" w:rsidRDefault="0072306C" w:rsidP="0072306C">
      <w:pPr>
        <w:spacing w:beforeLines="50" w:before="120"/>
        <w:ind w:leftChars="1" w:left="568" w:hangingChars="202" w:hanging="566"/>
        <w:rPr>
          <w:lang w:eastAsia="zh-TW"/>
        </w:rPr>
      </w:pPr>
      <w:r w:rsidRPr="003C4D27">
        <w:rPr>
          <w:sz w:val="28"/>
          <w:szCs w:val="28"/>
          <w:lang w:eastAsia="zh-TW"/>
        </w:rPr>
        <w:t>三、主辦單位：運動部全民運動署。</w:t>
      </w:r>
    </w:p>
    <w:p w14:paraId="6BFF2B14" w14:textId="77777777" w:rsidR="0072306C" w:rsidRPr="003C4D27" w:rsidRDefault="0072306C" w:rsidP="0072306C">
      <w:pPr>
        <w:spacing w:beforeLines="50" w:before="120"/>
        <w:ind w:leftChars="1" w:left="568" w:hangingChars="202" w:hanging="566"/>
        <w:rPr>
          <w:lang w:eastAsia="zh-TW"/>
        </w:rPr>
      </w:pPr>
      <w:r w:rsidRPr="003C4D27">
        <w:rPr>
          <w:sz w:val="28"/>
          <w:szCs w:val="28"/>
          <w:lang w:eastAsia="zh-TW"/>
        </w:rPr>
        <w:t>四、承辦單位：國立臺南大學。</w:t>
      </w:r>
    </w:p>
    <w:p w14:paraId="3229FF9E" w14:textId="77777777" w:rsidR="0072306C" w:rsidRDefault="0072306C" w:rsidP="0072306C">
      <w:pPr>
        <w:spacing w:beforeLines="50" w:before="120"/>
        <w:ind w:leftChars="1" w:left="568" w:hangingChars="202" w:hanging="566"/>
        <w:rPr>
          <w:sz w:val="28"/>
          <w:szCs w:val="28"/>
          <w:lang w:eastAsia="zh-TW"/>
        </w:rPr>
      </w:pPr>
      <w:r w:rsidRPr="003C4D27">
        <w:rPr>
          <w:sz w:val="28"/>
          <w:szCs w:val="28"/>
          <w:lang w:eastAsia="zh-TW"/>
        </w:rPr>
        <w:t>五、協辦單位：各縣市政府教育、體育局（處）、淡江大學、中華民國運動與休閒協會、中華舞龍舞獅運動總會、中華民國民俗體育運動協會、苗栗縣民俗體育委員會、苗栗縣竹南國民小學、宜蘭縣頭城國民小學、臺南市扯鈴協會。</w:t>
      </w:r>
      <w:bookmarkEnd w:id="0"/>
    </w:p>
    <w:p w14:paraId="1AB17317" w14:textId="09E85C4F" w:rsidR="00A51273" w:rsidRPr="003C4D27" w:rsidRDefault="00A51273" w:rsidP="0072306C">
      <w:pPr>
        <w:ind w:leftChars="1" w:left="568" w:hangingChars="202" w:hanging="566"/>
        <w:rPr>
          <w:lang w:eastAsia="zh-TW"/>
        </w:rPr>
      </w:pPr>
      <w:r w:rsidRPr="003C4D27">
        <w:rPr>
          <w:sz w:val="28"/>
          <w:szCs w:val="28"/>
          <w:lang w:eastAsia="zh-TW"/>
        </w:rPr>
        <w:t>六、競賽日期及地點：</w:t>
      </w:r>
    </w:p>
    <w:p w14:paraId="249906FC" w14:textId="77777777" w:rsidR="00A51273" w:rsidRDefault="00A51273" w:rsidP="00A51273">
      <w:pPr>
        <w:spacing w:line="240" w:lineRule="auto"/>
        <w:ind w:left="1120" w:hanging="840"/>
        <w:jc w:val="both"/>
        <w:rPr>
          <w:sz w:val="28"/>
          <w:szCs w:val="28"/>
          <w:lang w:eastAsia="zh-TW"/>
        </w:rPr>
      </w:pPr>
      <w:r w:rsidRPr="003C4D27">
        <w:rPr>
          <w:sz w:val="28"/>
          <w:szCs w:val="28"/>
          <w:lang w:eastAsia="zh-TW"/>
        </w:rPr>
        <w:t>（一）分區預賽及全國決賽日期：</w:t>
      </w:r>
    </w:p>
    <w:tbl>
      <w:tblPr>
        <w:tblStyle w:val="aff2"/>
        <w:tblW w:w="5000" w:type="pct"/>
        <w:jc w:val="center"/>
        <w:tblLook w:val="04A0" w:firstRow="1" w:lastRow="0" w:firstColumn="1" w:lastColumn="0" w:noHBand="0" w:noVBand="1"/>
      </w:tblPr>
      <w:tblGrid>
        <w:gridCol w:w="1926"/>
        <w:gridCol w:w="3562"/>
        <w:gridCol w:w="4140"/>
      </w:tblGrid>
      <w:tr w:rsidR="00F91AC4" w:rsidRPr="003C4D27" w14:paraId="0EDCF760" w14:textId="77777777" w:rsidTr="00F91AC4">
        <w:trPr>
          <w:tblHeader/>
          <w:jc w:val="center"/>
        </w:trPr>
        <w:tc>
          <w:tcPr>
            <w:tcW w:w="1800" w:type="dxa"/>
            <w:shd w:val="clear" w:color="auto" w:fill="1F4E78"/>
            <w:tcMar>
              <w:top w:w="55" w:type="dxa"/>
              <w:left w:w="80" w:type="dxa"/>
              <w:bottom w:w="55" w:type="dxa"/>
              <w:right w:w="80" w:type="dxa"/>
            </w:tcMar>
            <w:vAlign w:val="center"/>
          </w:tcPr>
          <w:p w14:paraId="1DADABEB" w14:textId="77777777" w:rsidR="00CF5BC1" w:rsidRDefault="00683360">
            <w:pPr>
              <w:spacing w:line="240" w:lineRule="auto"/>
              <w:jc w:val="center"/>
            </w:pPr>
            <w:proofErr w:type="spellStart"/>
            <w:r>
              <w:rPr>
                <w:b/>
                <w:color w:val="FFFFFF"/>
              </w:rPr>
              <w:t>競賽名稱</w:t>
            </w:r>
            <w:proofErr w:type="spellEnd"/>
          </w:p>
        </w:tc>
        <w:tc>
          <w:tcPr>
            <w:tcW w:w="3330" w:type="dxa"/>
            <w:shd w:val="clear" w:color="auto" w:fill="1F4E78"/>
            <w:tcMar>
              <w:top w:w="55" w:type="dxa"/>
              <w:left w:w="80" w:type="dxa"/>
              <w:bottom w:w="55" w:type="dxa"/>
              <w:right w:w="80" w:type="dxa"/>
            </w:tcMar>
            <w:vAlign w:val="center"/>
          </w:tcPr>
          <w:p w14:paraId="2AA91CF5" w14:textId="77777777" w:rsidR="00CF5BC1" w:rsidRDefault="00683360">
            <w:pPr>
              <w:spacing w:line="240" w:lineRule="auto"/>
              <w:jc w:val="center"/>
            </w:pPr>
            <w:proofErr w:type="spellStart"/>
            <w:r>
              <w:rPr>
                <w:b/>
                <w:color w:val="FFFFFF"/>
              </w:rPr>
              <w:t>日期</w:t>
            </w:r>
            <w:proofErr w:type="spellEnd"/>
          </w:p>
        </w:tc>
        <w:tc>
          <w:tcPr>
            <w:tcW w:w="3870" w:type="dxa"/>
            <w:shd w:val="clear" w:color="auto" w:fill="1F4E78"/>
            <w:tcMar>
              <w:top w:w="55" w:type="dxa"/>
              <w:left w:w="80" w:type="dxa"/>
              <w:bottom w:w="55" w:type="dxa"/>
              <w:right w:w="80" w:type="dxa"/>
            </w:tcMar>
            <w:vAlign w:val="center"/>
          </w:tcPr>
          <w:p w14:paraId="34C89A87" w14:textId="77777777" w:rsidR="00CF5BC1" w:rsidRDefault="00683360">
            <w:pPr>
              <w:spacing w:line="240" w:lineRule="auto"/>
              <w:jc w:val="center"/>
            </w:pPr>
            <w:proofErr w:type="spellStart"/>
            <w:r>
              <w:rPr>
                <w:b/>
                <w:color w:val="FFFFFF"/>
              </w:rPr>
              <w:t>地點</w:t>
            </w:r>
            <w:proofErr w:type="spellEnd"/>
          </w:p>
        </w:tc>
      </w:tr>
      <w:tr w:rsidR="00F91AC4" w:rsidRPr="003C4D27" w14:paraId="51BDB5D3" w14:textId="77777777" w:rsidTr="00F91AC4">
        <w:trPr>
          <w:jc w:val="center"/>
        </w:trPr>
        <w:tc>
          <w:tcPr>
            <w:tcW w:w="1800" w:type="dxa"/>
            <w:tcMar>
              <w:top w:w="55" w:type="dxa"/>
              <w:left w:w="80" w:type="dxa"/>
              <w:bottom w:w="55" w:type="dxa"/>
              <w:right w:w="80" w:type="dxa"/>
            </w:tcMar>
            <w:vAlign w:val="center"/>
          </w:tcPr>
          <w:p w14:paraId="4E0AD88B" w14:textId="77777777" w:rsidR="00CF5BC1" w:rsidRDefault="00683360">
            <w:pPr>
              <w:spacing w:line="240" w:lineRule="auto"/>
              <w:jc w:val="center"/>
            </w:pPr>
            <w:proofErr w:type="spellStart"/>
            <w:r>
              <w:t>全國決賽</w:t>
            </w:r>
            <w:proofErr w:type="spellEnd"/>
          </w:p>
        </w:tc>
        <w:tc>
          <w:tcPr>
            <w:tcW w:w="3330" w:type="dxa"/>
            <w:tcMar>
              <w:top w:w="55" w:type="dxa"/>
              <w:left w:w="80" w:type="dxa"/>
              <w:bottom w:w="55" w:type="dxa"/>
              <w:right w:w="80" w:type="dxa"/>
            </w:tcMar>
            <w:vAlign w:val="center"/>
          </w:tcPr>
          <w:p w14:paraId="11222EF4" w14:textId="77777777" w:rsidR="00CF5BC1" w:rsidRDefault="00683360">
            <w:pPr>
              <w:spacing w:line="240" w:lineRule="auto"/>
              <w:jc w:val="center"/>
            </w:pPr>
            <w:r>
              <w:t>12</w:t>
            </w:r>
            <w:r>
              <w:t>月</w:t>
            </w:r>
            <w:r>
              <w:t>4</w:t>
            </w:r>
            <w:r>
              <w:t>日（五）</w:t>
            </w:r>
          </w:p>
        </w:tc>
        <w:tc>
          <w:tcPr>
            <w:tcW w:w="3870" w:type="dxa"/>
            <w:tcMar>
              <w:top w:w="55" w:type="dxa"/>
              <w:left w:w="80" w:type="dxa"/>
              <w:bottom w:w="55" w:type="dxa"/>
              <w:right w:w="80" w:type="dxa"/>
            </w:tcMar>
            <w:vAlign w:val="center"/>
          </w:tcPr>
          <w:p w14:paraId="6770140A" w14:textId="77777777" w:rsidR="00CF5BC1" w:rsidRDefault="00683360">
            <w:pPr>
              <w:spacing w:line="240" w:lineRule="auto"/>
              <w:jc w:val="center"/>
            </w:pPr>
            <w:proofErr w:type="spellStart"/>
            <w:r>
              <w:t>國立臺南大學</w:t>
            </w:r>
            <w:proofErr w:type="spellEnd"/>
          </w:p>
        </w:tc>
      </w:tr>
    </w:tbl>
    <w:p w14:paraId="75F53298" w14:textId="77777777" w:rsidR="00CE6D25" w:rsidRPr="009F08E3" w:rsidRDefault="00CE6D25" w:rsidP="00CE6D25">
      <w:pPr>
        <w:spacing w:line="240" w:lineRule="auto"/>
        <w:ind w:left="1120" w:hanging="840"/>
        <w:jc w:val="both"/>
        <w:rPr>
          <w:lang w:eastAsia="zh-TW"/>
        </w:rPr>
      </w:pPr>
      <w:r w:rsidRPr="003C4D27">
        <w:rPr>
          <w:sz w:val="28"/>
          <w:szCs w:val="28"/>
          <w:lang w:eastAsia="zh-TW"/>
        </w:rPr>
        <w:t>（二）</w:t>
      </w:r>
      <w:r w:rsidRPr="009F08E3">
        <w:rPr>
          <w:rFonts w:hint="eastAsia"/>
          <w:b/>
          <w:sz w:val="28"/>
          <w:szCs w:val="28"/>
          <w:lang w:eastAsia="zh-TW"/>
        </w:rPr>
        <w:t>各區縣市範圍</w:t>
      </w:r>
      <w:r>
        <w:rPr>
          <w:sz w:val="28"/>
          <w:lang w:eastAsia="zh-TW"/>
        </w:rPr>
        <w:t>：</w:t>
      </w:r>
    </w:p>
    <w:p w14:paraId="5AA2F458" w14:textId="77777777" w:rsidR="00CE6D25" w:rsidRPr="009F08E3" w:rsidRDefault="00CE6D25" w:rsidP="00CE6D25">
      <w:pPr>
        <w:pStyle w:val="ae"/>
        <w:numPr>
          <w:ilvl w:val="0"/>
          <w:numId w:val="32"/>
        </w:numPr>
        <w:spacing w:line="480" w:lineRule="atLeast"/>
        <w:ind w:left="993" w:hanging="284"/>
        <w:rPr>
          <w:sz w:val="28"/>
          <w:szCs w:val="28"/>
          <w:lang w:eastAsia="zh-TW"/>
        </w:rPr>
      </w:pPr>
      <w:bookmarkStart w:id="1" w:name="_Hlk241186095"/>
      <w:r w:rsidRPr="009F08E3">
        <w:rPr>
          <w:sz w:val="28"/>
          <w:szCs w:val="28"/>
          <w:lang w:eastAsia="zh-TW"/>
        </w:rPr>
        <w:t>北區預賽</w:t>
      </w:r>
      <w:r w:rsidRPr="009F08E3">
        <w:rPr>
          <w:rFonts w:hint="eastAsia"/>
          <w:sz w:val="28"/>
          <w:szCs w:val="28"/>
          <w:lang w:eastAsia="zh-TW"/>
        </w:rPr>
        <w:t>：</w:t>
      </w:r>
      <w:r w:rsidRPr="009F08E3">
        <w:rPr>
          <w:sz w:val="28"/>
          <w:szCs w:val="28"/>
          <w:lang w:eastAsia="zh-TW"/>
        </w:rPr>
        <w:t>臺北市、新北市、基隆市、桃園市、新竹縣、新竹市、金門縣、連江縣等地區。</w:t>
      </w:r>
    </w:p>
    <w:p w14:paraId="3884A903" w14:textId="77777777" w:rsidR="00CE6D25" w:rsidRPr="009F08E3" w:rsidRDefault="00CE6D25" w:rsidP="00CE6D25">
      <w:pPr>
        <w:pStyle w:val="ae"/>
        <w:numPr>
          <w:ilvl w:val="0"/>
          <w:numId w:val="32"/>
        </w:numPr>
        <w:spacing w:line="480" w:lineRule="atLeast"/>
        <w:ind w:left="993" w:hanging="284"/>
        <w:rPr>
          <w:sz w:val="28"/>
          <w:szCs w:val="28"/>
          <w:lang w:eastAsia="zh-TW"/>
        </w:rPr>
      </w:pPr>
      <w:r w:rsidRPr="009F08E3">
        <w:rPr>
          <w:sz w:val="28"/>
          <w:szCs w:val="28"/>
          <w:lang w:eastAsia="zh-TW"/>
        </w:rPr>
        <w:t>中區預賽</w:t>
      </w:r>
      <w:r w:rsidRPr="009F08E3">
        <w:rPr>
          <w:rFonts w:eastAsia="新細明體" w:hint="eastAsia"/>
          <w:sz w:val="28"/>
          <w:szCs w:val="28"/>
          <w:lang w:eastAsia="zh-TW"/>
        </w:rPr>
        <w:t>：</w:t>
      </w:r>
      <w:r w:rsidRPr="009F08E3">
        <w:rPr>
          <w:sz w:val="28"/>
          <w:szCs w:val="28"/>
          <w:lang w:eastAsia="zh-TW"/>
        </w:rPr>
        <w:t>苗栗縣、臺中市、南</w:t>
      </w:r>
      <w:r w:rsidRPr="009F08E3">
        <w:rPr>
          <w:rFonts w:hint="eastAsia"/>
          <w:sz w:val="28"/>
          <w:szCs w:val="28"/>
          <w:lang w:eastAsia="zh-TW"/>
        </w:rPr>
        <w:t>投</w:t>
      </w:r>
      <w:r w:rsidRPr="009F08E3">
        <w:rPr>
          <w:sz w:val="28"/>
          <w:szCs w:val="28"/>
          <w:lang w:eastAsia="zh-TW"/>
        </w:rPr>
        <w:t>縣、彰化縣、雲林縣等地區</w:t>
      </w:r>
      <w:r w:rsidRPr="009F08E3">
        <w:rPr>
          <w:rFonts w:hint="eastAsia"/>
          <w:sz w:val="28"/>
          <w:szCs w:val="28"/>
          <w:lang w:eastAsia="zh-TW"/>
        </w:rPr>
        <w:t>。</w:t>
      </w:r>
    </w:p>
    <w:p w14:paraId="5454B826" w14:textId="77777777" w:rsidR="00CE6D25" w:rsidRPr="009F08E3" w:rsidRDefault="00CE6D25" w:rsidP="00CE6D25">
      <w:pPr>
        <w:pStyle w:val="ae"/>
        <w:numPr>
          <w:ilvl w:val="0"/>
          <w:numId w:val="32"/>
        </w:numPr>
        <w:spacing w:line="480" w:lineRule="atLeast"/>
        <w:ind w:left="993" w:hanging="284"/>
        <w:rPr>
          <w:sz w:val="28"/>
          <w:szCs w:val="28"/>
          <w:lang w:eastAsia="zh-TW"/>
        </w:rPr>
      </w:pPr>
      <w:r w:rsidRPr="009F08E3">
        <w:rPr>
          <w:sz w:val="28"/>
          <w:szCs w:val="28"/>
          <w:lang w:eastAsia="zh-TW"/>
        </w:rPr>
        <w:t>南區預賽</w:t>
      </w:r>
      <w:r w:rsidRPr="009F08E3">
        <w:rPr>
          <w:rFonts w:eastAsia="新細明體" w:hint="eastAsia"/>
          <w:sz w:val="28"/>
          <w:szCs w:val="28"/>
          <w:lang w:eastAsia="zh-TW"/>
        </w:rPr>
        <w:t>：</w:t>
      </w:r>
      <w:r w:rsidRPr="009F08E3">
        <w:rPr>
          <w:sz w:val="28"/>
          <w:szCs w:val="28"/>
          <w:lang w:eastAsia="zh-TW"/>
        </w:rPr>
        <w:t>嘉義縣、嘉義市、臺南市、高</w:t>
      </w:r>
      <w:r w:rsidRPr="009F08E3">
        <w:rPr>
          <w:rFonts w:hint="eastAsia"/>
          <w:sz w:val="28"/>
          <w:szCs w:val="28"/>
          <w:lang w:eastAsia="zh-TW"/>
        </w:rPr>
        <w:t>雄</w:t>
      </w:r>
      <w:r w:rsidRPr="009F08E3">
        <w:rPr>
          <w:sz w:val="28"/>
          <w:szCs w:val="28"/>
          <w:lang w:eastAsia="zh-TW"/>
        </w:rPr>
        <w:t>市、屏東縣、澎湖縣等地區。</w:t>
      </w:r>
    </w:p>
    <w:p w14:paraId="51295E66" w14:textId="77777777" w:rsidR="00CE6D25" w:rsidRPr="009F08E3" w:rsidRDefault="00CE6D25" w:rsidP="00CE6D25">
      <w:pPr>
        <w:pStyle w:val="ae"/>
        <w:numPr>
          <w:ilvl w:val="0"/>
          <w:numId w:val="32"/>
        </w:numPr>
        <w:spacing w:line="480" w:lineRule="atLeast"/>
        <w:ind w:left="993" w:hanging="284"/>
        <w:rPr>
          <w:lang w:eastAsia="zh-TW"/>
        </w:rPr>
      </w:pPr>
      <w:r w:rsidRPr="009F08E3">
        <w:rPr>
          <w:sz w:val="28"/>
          <w:szCs w:val="28"/>
          <w:lang w:eastAsia="zh-TW"/>
        </w:rPr>
        <w:t>東區預賽</w:t>
      </w:r>
      <w:r w:rsidRPr="009F08E3">
        <w:rPr>
          <w:rFonts w:eastAsia="新細明體" w:hint="eastAsia"/>
          <w:sz w:val="28"/>
          <w:szCs w:val="28"/>
          <w:lang w:eastAsia="zh-TW"/>
        </w:rPr>
        <w:t>：</w:t>
      </w:r>
      <w:r w:rsidRPr="009F08E3">
        <w:rPr>
          <w:sz w:val="28"/>
          <w:szCs w:val="28"/>
          <w:lang w:eastAsia="zh-TW"/>
        </w:rPr>
        <w:t>宜蘭縣、花蓮縣、臺東縣等地區</w:t>
      </w:r>
      <w:r w:rsidRPr="009F08E3">
        <w:rPr>
          <w:rFonts w:hint="eastAsia"/>
          <w:sz w:val="28"/>
          <w:szCs w:val="28"/>
          <w:lang w:eastAsia="zh-TW"/>
        </w:rPr>
        <w:t>。</w:t>
      </w:r>
      <w:bookmarkEnd w:id="1"/>
    </w:p>
    <w:p w14:paraId="3B174BAB" w14:textId="77777777" w:rsidR="00A51273" w:rsidRPr="003C4D27" w:rsidRDefault="00CE6D25" w:rsidP="00CE6D25">
      <w:pPr>
        <w:spacing w:line="240" w:lineRule="auto"/>
        <w:ind w:left="2520" w:hanging="2240"/>
        <w:jc w:val="both"/>
        <w:rPr>
          <w:lang w:eastAsia="zh-TW"/>
        </w:rPr>
      </w:pPr>
      <w:r w:rsidRPr="003C4D27">
        <w:rPr>
          <w:sz w:val="28"/>
          <w:szCs w:val="28"/>
          <w:lang w:eastAsia="zh-TW"/>
        </w:rPr>
        <w:t>（</w:t>
      </w:r>
      <w:r>
        <w:rPr>
          <w:rFonts w:hint="eastAsia"/>
          <w:sz w:val="28"/>
          <w:szCs w:val="28"/>
          <w:lang w:eastAsia="zh-TW"/>
        </w:rPr>
        <w:t>三</w:t>
      </w:r>
      <w:r w:rsidRPr="003C4D27">
        <w:rPr>
          <w:sz w:val="28"/>
          <w:szCs w:val="28"/>
          <w:lang w:eastAsia="zh-TW"/>
        </w:rPr>
        <w:t>）開幕典禮：</w:t>
      </w:r>
      <w:r w:rsidRPr="003C4D27">
        <w:rPr>
          <w:sz w:val="28"/>
          <w:szCs w:val="28"/>
          <w:lang w:eastAsia="zh-TW"/>
        </w:rPr>
        <w:t>115/12/5 10:30</w:t>
      </w:r>
      <w:r w:rsidRPr="003C4D27">
        <w:rPr>
          <w:sz w:val="28"/>
          <w:szCs w:val="28"/>
          <w:lang w:eastAsia="zh-TW"/>
        </w:rPr>
        <w:t>，於國立臺南大學舉行。</w:t>
      </w:r>
    </w:p>
    <w:p w14:paraId="07BEA615" w14:textId="77777777" w:rsidR="00A51273" w:rsidRPr="003C4D27" w:rsidRDefault="00A51273" w:rsidP="006318FA">
      <w:pPr>
        <w:rPr>
          <w:lang w:eastAsia="zh-TW"/>
        </w:rPr>
      </w:pPr>
      <w:r w:rsidRPr="003C4D27">
        <w:rPr>
          <w:sz w:val="28"/>
          <w:szCs w:val="28"/>
          <w:lang w:eastAsia="zh-TW"/>
        </w:rPr>
        <w:t>七、參賽資格：</w:t>
      </w:r>
    </w:p>
    <w:p w14:paraId="37F627A1" w14:textId="77777777" w:rsidR="00A51273" w:rsidRPr="003C4D27" w:rsidRDefault="00A51273" w:rsidP="00B73993">
      <w:pPr>
        <w:spacing w:line="240" w:lineRule="auto"/>
        <w:ind w:left="1134" w:hanging="850"/>
        <w:jc w:val="both"/>
        <w:rPr>
          <w:lang w:eastAsia="zh-TW"/>
        </w:rPr>
      </w:pPr>
      <w:r w:rsidRPr="003C4D27">
        <w:rPr>
          <w:sz w:val="28"/>
          <w:szCs w:val="28"/>
          <w:lang w:eastAsia="zh-TW"/>
        </w:rPr>
        <w:t>（一）參賽單位：各機關、團體、社區組織及民眾自行組成之團隊，均得組隊報名參加。本活動各競賽項目均由參賽單位統一報名，個人及雙人細項亦同。</w:t>
      </w:r>
    </w:p>
    <w:p w14:paraId="795B2792" w14:textId="77777777" w:rsidR="00A51273" w:rsidRPr="003C4D27" w:rsidRDefault="00A51273" w:rsidP="00A51273">
      <w:pPr>
        <w:spacing w:line="240" w:lineRule="auto"/>
        <w:ind w:left="3360" w:hanging="3080"/>
        <w:jc w:val="both"/>
        <w:rPr>
          <w:lang w:eastAsia="zh-TW"/>
        </w:rPr>
      </w:pPr>
      <w:r w:rsidRPr="003C4D27">
        <w:rPr>
          <w:sz w:val="28"/>
          <w:szCs w:val="28"/>
          <w:lang w:eastAsia="zh-TW"/>
        </w:rPr>
        <w:t>（二）單位名稱及責任：</w:t>
      </w:r>
    </w:p>
    <w:p w14:paraId="390A154F" w14:textId="77777777" w:rsidR="00A51273" w:rsidRPr="003C4D27" w:rsidRDefault="00A51273" w:rsidP="00A51273">
      <w:pPr>
        <w:spacing w:line="240" w:lineRule="auto"/>
        <w:ind w:left="980" w:hanging="420"/>
        <w:jc w:val="both"/>
        <w:rPr>
          <w:lang w:eastAsia="zh-TW"/>
        </w:rPr>
      </w:pPr>
      <w:r w:rsidRPr="003C4D27">
        <w:rPr>
          <w:sz w:val="28"/>
          <w:szCs w:val="28"/>
          <w:lang w:eastAsia="zh-TW"/>
        </w:rPr>
        <w:t xml:space="preserve">1. </w:t>
      </w:r>
      <w:r w:rsidRPr="003C4D27">
        <w:rPr>
          <w:sz w:val="28"/>
          <w:szCs w:val="28"/>
          <w:lang w:eastAsia="zh-TW"/>
        </w:rPr>
        <w:t>參賽單位及隊伍名稱應以團體名稱登記，不得使用各級學校之全銜、簡稱或其他含有學校名稱之名義。</w:t>
      </w:r>
    </w:p>
    <w:p w14:paraId="52E0488C" w14:textId="77777777" w:rsidR="00A51273" w:rsidRPr="003C4D27" w:rsidRDefault="00A51273" w:rsidP="00A51273">
      <w:pPr>
        <w:spacing w:line="240" w:lineRule="auto"/>
        <w:ind w:left="980" w:hanging="420"/>
        <w:jc w:val="both"/>
        <w:rPr>
          <w:lang w:eastAsia="zh-TW"/>
        </w:rPr>
      </w:pPr>
      <w:r w:rsidRPr="003C4D27">
        <w:rPr>
          <w:sz w:val="28"/>
          <w:szCs w:val="28"/>
          <w:lang w:eastAsia="zh-TW"/>
        </w:rPr>
        <w:lastRenderedPageBreak/>
        <w:t xml:space="preserve">2. </w:t>
      </w:r>
      <w:r w:rsidRPr="003C4D27">
        <w:rPr>
          <w:sz w:val="28"/>
          <w:szCs w:val="28"/>
          <w:lang w:eastAsia="zh-TW"/>
        </w:rPr>
        <w:t>隊名如出現學校名稱，不論其後加註「校友會」、「家長會」、「社團」、「聯隊」或其他類似文字，均不予受理。例如：「傳藝國中校友會」、「傳藝國中舞龍社團」、「傳藝國中家長會舞龍隊」及「傳藝國中校友舞龍聯隊」等，均不符合本競賽報名規定。</w:t>
      </w:r>
    </w:p>
    <w:p w14:paraId="014BFC54" w14:textId="77777777" w:rsidR="00A51273" w:rsidRPr="003C4D27" w:rsidRDefault="00A51273" w:rsidP="00A51273">
      <w:pPr>
        <w:spacing w:line="240" w:lineRule="auto"/>
        <w:ind w:left="980" w:hanging="420"/>
        <w:jc w:val="both"/>
        <w:rPr>
          <w:lang w:eastAsia="zh-TW"/>
        </w:rPr>
      </w:pPr>
      <w:r w:rsidRPr="003C4D27">
        <w:rPr>
          <w:sz w:val="28"/>
          <w:szCs w:val="28"/>
          <w:lang w:eastAsia="zh-TW"/>
        </w:rPr>
        <w:t xml:space="preserve">3. </w:t>
      </w:r>
      <w:r w:rsidRPr="003C4D27">
        <w:rPr>
          <w:sz w:val="28"/>
          <w:szCs w:val="28"/>
          <w:lang w:eastAsia="zh-TW"/>
        </w:rPr>
        <w:t>可受理之隊名，應純以社區、民間社團或公司行號名義為之，例如：「傳藝社區舞龍隊」、「傳藝舞龍社團」或以公司名稱組隊報名。</w:t>
      </w:r>
    </w:p>
    <w:p w14:paraId="5B1BD158" w14:textId="77777777" w:rsidR="00A51273" w:rsidRPr="003C4D27" w:rsidRDefault="00A51273" w:rsidP="00A51273">
      <w:pPr>
        <w:spacing w:line="240" w:lineRule="auto"/>
        <w:ind w:left="980" w:hanging="420"/>
        <w:jc w:val="both"/>
        <w:rPr>
          <w:lang w:eastAsia="zh-TW"/>
        </w:rPr>
      </w:pPr>
      <w:r w:rsidRPr="003C4D27">
        <w:rPr>
          <w:sz w:val="28"/>
          <w:szCs w:val="28"/>
          <w:lang w:eastAsia="zh-TW"/>
        </w:rPr>
        <w:t xml:space="preserve">4. </w:t>
      </w:r>
      <w:r w:rsidRPr="003C4D27">
        <w:rPr>
          <w:sz w:val="28"/>
          <w:szCs w:val="28"/>
          <w:lang w:eastAsia="zh-TW"/>
        </w:rPr>
        <w:t>報名隊伍應據實填列聯絡人及聯絡資料，並接受主辦單位審核。主辦單位如認定隊名或組織性質不符規定不予受理。主辦單位對隊名及組織性質保有最終審核權。</w:t>
      </w:r>
    </w:p>
    <w:p w14:paraId="553B0AF7" w14:textId="406166FA" w:rsidR="00A51273" w:rsidRPr="003C4D27" w:rsidRDefault="00A51273" w:rsidP="00A51273">
      <w:pPr>
        <w:spacing w:line="240" w:lineRule="auto"/>
        <w:ind w:left="980" w:hanging="420"/>
        <w:jc w:val="both"/>
        <w:rPr>
          <w:lang w:eastAsia="zh-TW"/>
        </w:rPr>
      </w:pPr>
      <w:r w:rsidRPr="003C4D27">
        <w:rPr>
          <w:sz w:val="28"/>
          <w:szCs w:val="28"/>
          <w:lang w:eastAsia="zh-TW"/>
        </w:rPr>
        <w:t xml:space="preserve">5. </w:t>
      </w:r>
      <w:r w:rsidRPr="003C4D27">
        <w:rPr>
          <w:sz w:val="28"/>
          <w:szCs w:val="28"/>
          <w:lang w:eastAsia="zh-TW"/>
        </w:rPr>
        <w:t>各參賽單位應指定</w:t>
      </w:r>
      <w:r w:rsidR="009E4DF3">
        <w:rPr>
          <w:rFonts w:hint="eastAsia"/>
          <w:sz w:val="28"/>
          <w:szCs w:val="28"/>
          <w:lang w:eastAsia="zh-TW"/>
        </w:rPr>
        <w:t>聯絡人</w:t>
      </w:r>
      <w:r w:rsidRPr="003C4D27">
        <w:rPr>
          <w:sz w:val="28"/>
          <w:szCs w:val="28"/>
          <w:lang w:eastAsia="zh-TW"/>
        </w:rPr>
        <w:t>一人，辦理報名、資格資料確認及相關參賽事宜。</w:t>
      </w:r>
    </w:p>
    <w:p w14:paraId="55207D8C" w14:textId="77777777" w:rsidR="000C6644" w:rsidRPr="003C4D27" w:rsidRDefault="000C6644" w:rsidP="000C6644">
      <w:pPr>
        <w:spacing w:line="240" w:lineRule="auto"/>
        <w:ind w:leftChars="117" w:left="1132" w:hangingChars="304" w:hanging="851"/>
        <w:jc w:val="both"/>
        <w:rPr>
          <w:lang w:eastAsia="zh-TW"/>
        </w:rPr>
      </w:pPr>
      <w:r w:rsidRPr="003C4D27">
        <w:rPr>
          <w:sz w:val="28"/>
          <w:szCs w:val="28"/>
          <w:lang w:eastAsia="zh-TW"/>
        </w:rPr>
        <w:t>（三）參賽限制：一名選手僅能代表一個參賽單位參加比賽，不得於同一競賽細項及組別重複報名或同時代表不同隊伍參賽，違者取消參賽資格及成績。</w:t>
      </w:r>
    </w:p>
    <w:p w14:paraId="5A7D3934" w14:textId="77777777" w:rsidR="00A51273" w:rsidRPr="003C4D27" w:rsidRDefault="000C6644" w:rsidP="000C6644">
      <w:pPr>
        <w:spacing w:line="240" w:lineRule="auto"/>
        <w:ind w:left="1134" w:hanging="850"/>
        <w:jc w:val="both"/>
        <w:rPr>
          <w:lang w:eastAsia="zh-TW"/>
        </w:rPr>
      </w:pPr>
      <w:r w:rsidRPr="003C4D27">
        <w:rPr>
          <w:sz w:val="28"/>
          <w:szCs w:val="28"/>
          <w:lang w:eastAsia="zh-TW"/>
        </w:rPr>
        <w:t>（四）證明文件：參賽者應攜帶足資證明本人身分及出生年月日之證明文件，以備查驗；未成年選手應於報名時檢附法定代理人同意文件。</w:t>
      </w:r>
    </w:p>
    <w:p w14:paraId="07C353FB" w14:textId="7F883619" w:rsidR="00A51273" w:rsidRPr="003C4D27" w:rsidRDefault="00A51273" w:rsidP="0072306C">
      <w:pPr>
        <w:spacing w:afterLines="50" w:after="120" w:line="240" w:lineRule="auto"/>
      </w:pPr>
      <w:proofErr w:type="spellStart"/>
      <w:r w:rsidRPr="003C4D27">
        <w:rPr>
          <w:sz w:val="28"/>
          <w:szCs w:val="28"/>
        </w:rPr>
        <w:t>八、競賽組別</w:t>
      </w:r>
      <w:proofErr w:type="spellEnd"/>
      <w:r w:rsidRPr="003C4D27">
        <w:rPr>
          <w:sz w:val="28"/>
          <w:szCs w:val="28"/>
        </w:rPr>
        <w:t>：</w:t>
      </w:r>
    </w:p>
    <w:tbl>
      <w:tblPr>
        <w:tblStyle w:val="aff2"/>
        <w:tblW w:w="5000" w:type="pct"/>
        <w:jc w:val="center"/>
        <w:tblLook w:val="04A0" w:firstRow="1" w:lastRow="0" w:firstColumn="1" w:lastColumn="0" w:noHBand="0" w:noVBand="1"/>
      </w:tblPr>
      <w:tblGrid>
        <w:gridCol w:w="2215"/>
        <w:gridCol w:w="5584"/>
        <w:gridCol w:w="1829"/>
      </w:tblGrid>
      <w:tr w:rsidR="00216958" w:rsidRPr="003C4D27" w14:paraId="1D545555" w14:textId="77777777" w:rsidTr="00D511AE">
        <w:trPr>
          <w:tblHeader/>
          <w:jc w:val="center"/>
        </w:trPr>
        <w:tc>
          <w:tcPr>
            <w:tcW w:w="2070" w:type="dxa"/>
            <w:shd w:val="clear" w:color="auto" w:fill="1F4E78"/>
            <w:tcMar>
              <w:top w:w="55" w:type="dxa"/>
              <w:left w:w="80" w:type="dxa"/>
              <w:bottom w:w="55" w:type="dxa"/>
              <w:right w:w="80" w:type="dxa"/>
            </w:tcMar>
            <w:vAlign w:val="center"/>
          </w:tcPr>
          <w:p w14:paraId="6B797BEE" w14:textId="77777777" w:rsidR="00216958" w:rsidRPr="003C4D27" w:rsidRDefault="00216958" w:rsidP="00D511AE">
            <w:pPr>
              <w:spacing w:line="240" w:lineRule="auto"/>
              <w:jc w:val="center"/>
            </w:pPr>
            <w:proofErr w:type="spellStart"/>
            <w:r w:rsidRPr="003C4D27">
              <w:rPr>
                <w:b/>
                <w:color w:val="FFFFFF"/>
              </w:rPr>
              <w:t>競賽組別</w:t>
            </w:r>
            <w:proofErr w:type="spellEnd"/>
          </w:p>
        </w:tc>
        <w:tc>
          <w:tcPr>
            <w:tcW w:w="5220" w:type="dxa"/>
            <w:shd w:val="clear" w:color="auto" w:fill="1F4E78"/>
            <w:tcMar>
              <w:top w:w="55" w:type="dxa"/>
              <w:left w:w="80" w:type="dxa"/>
              <w:bottom w:w="55" w:type="dxa"/>
              <w:right w:w="80" w:type="dxa"/>
            </w:tcMar>
            <w:vAlign w:val="center"/>
          </w:tcPr>
          <w:p w14:paraId="2E9438B2" w14:textId="77777777" w:rsidR="00216958" w:rsidRPr="003C4D27" w:rsidRDefault="00216958" w:rsidP="00D511AE">
            <w:pPr>
              <w:spacing w:line="240" w:lineRule="auto"/>
              <w:jc w:val="center"/>
            </w:pPr>
            <w:proofErr w:type="spellStart"/>
            <w:r w:rsidRPr="003C4D27">
              <w:rPr>
                <w:b/>
                <w:color w:val="FFFFFF"/>
              </w:rPr>
              <w:t>年齡規定</w:t>
            </w:r>
            <w:proofErr w:type="spellEnd"/>
          </w:p>
        </w:tc>
        <w:tc>
          <w:tcPr>
            <w:tcW w:w="1710" w:type="dxa"/>
            <w:shd w:val="clear" w:color="auto" w:fill="1F4E78"/>
            <w:tcMar>
              <w:top w:w="55" w:type="dxa"/>
              <w:left w:w="80" w:type="dxa"/>
              <w:bottom w:w="55" w:type="dxa"/>
              <w:right w:w="80" w:type="dxa"/>
            </w:tcMar>
            <w:vAlign w:val="center"/>
          </w:tcPr>
          <w:p w14:paraId="074FD969" w14:textId="77777777" w:rsidR="00216958" w:rsidRPr="003C4D27" w:rsidRDefault="00216958" w:rsidP="00D511AE">
            <w:pPr>
              <w:spacing w:line="240" w:lineRule="auto"/>
              <w:jc w:val="center"/>
            </w:pPr>
            <w:proofErr w:type="spellStart"/>
            <w:r w:rsidRPr="003C4D27">
              <w:rPr>
                <w:b/>
                <w:color w:val="FFFFFF"/>
              </w:rPr>
              <w:t>組隊方式</w:t>
            </w:r>
            <w:proofErr w:type="spellEnd"/>
          </w:p>
        </w:tc>
      </w:tr>
      <w:tr w:rsidR="00216958" w:rsidRPr="003C4D27" w14:paraId="7AED6835" w14:textId="77777777" w:rsidTr="00D511AE">
        <w:trPr>
          <w:jc w:val="center"/>
        </w:trPr>
        <w:tc>
          <w:tcPr>
            <w:tcW w:w="2070" w:type="dxa"/>
            <w:tcMar>
              <w:top w:w="55" w:type="dxa"/>
              <w:left w:w="80" w:type="dxa"/>
              <w:bottom w:w="55" w:type="dxa"/>
              <w:right w:w="80" w:type="dxa"/>
            </w:tcMar>
            <w:vAlign w:val="center"/>
          </w:tcPr>
          <w:p w14:paraId="475A5C98" w14:textId="77777777" w:rsidR="00216958" w:rsidRPr="003C4D27" w:rsidRDefault="00216958" w:rsidP="00D511AE">
            <w:pPr>
              <w:spacing w:line="240" w:lineRule="auto"/>
              <w:jc w:val="center"/>
            </w:pPr>
            <w:r w:rsidRPr="003C4D27">
              <w:t>社區共融</w:t>
            </w:r>
            <w:r w:rsidRPr="003C4D27">
              <w:t>U12</w:t>
            </w:r>
            <w:r w:rsidRPr="003C4D27">
              <w:t>組</w:t>
            </w:r>
          </w:p>
        </w:tc>
        <w:tc>
          <w:tcPr>
            <w:tcW w:w="5220" w:type="dxa"/>
            <w:tcMar>
              <w:top w:w="55" w:type="dxa"/>
              <w:left w:w="80" w:type="dxa"/>
              <w:bottom w:w="55" w:type="dxa"/>
              <w:right w:w="80" w:type="dxa"/>
            </w:tcMar>
            <w:vAlign w:val="center"/>
          </w:tcPr>
          <w:p w14:paraId="709F0E54" w14:textId="77777777" w:rsidR="00216958" w:rsidRDefault="00216958" w:rsidP="00D511AE">
            <w:pPr>
              <w:spacing w:line="240" w:lineRule="auto"/>
              <w:rPr>
                <w:lang w:eastAsia="zh-TW"/>
              </w:rPr>
            </w:pPr>
            <w:r w:rsidRPr="003C4D27">
              <w:rPr>
                <w:lang w:eastAsia="zh-TW"/>
              </w:rPr>
              <w:t>12</w:t>
            </w:r>
            <w:r w:rsidRPr="003C4D27">
              <w:rPr>
                <w:lang w:eastAsia="zh-TW"/>
              </w:rPr>
              <w:t>歲以下（含</w:t>
            </w:r>
            <w:r w:rsidRPr="003C4D27">
              <w:rPr>
                <w:lang w:eastAsia="zh-TW"/>
              </w:rPr>
              <w:t>12</w:t>
            </w:r>
            <w:r w:rsidRPr="003C4D27">
              <w:rPr>
                <w:lang w:eastAsia="zh-TW"/>
              </w:rPr>
              <w:t>歲）</w:t>
            </w:r>
          </w:p>
          <w:p w14:paraId="20F5A7ED" w14:textId="77777777" w:rsidR="00216958" w:rsidRPr="003C4D27" w:rsidRDefault="00216958" w:rsidP="00D511AE">
            <w:pPr>
              <w:spacing w:line="240" w:lineRule="auto"/>
              <w:rPr>
                <w:lang w:eastAsia="zh-TW"/>
              </w:rPr>
            </w:pPr>
            <w:r w:rsidRPr="003C4D27">
              <w:rPr>
                <w:lang w:eastAsia="zh-TW"/>
              </w:rPr>
              <w:t>（民國</w:t>
            </w:r>
            <w:r w:rsidRPr="003C4D27">
              <w:rPr>
                <w:lang w:eastAsia="zh-TW"/>
              </w:rPr>
              <w:t>103</w:t>
            </w:r>
            <w:r w:rsidRPr="003C4D27">
              <w:rPr>
                <w:lang w:eastAsia="zh-TW"/>
              </w:rPr>
              <w:t>年</w:t>
            </w:r>
            <w:r w:rsidRPr="003C4D27">
              <w:rPr>
                <w:lang w:eastAsia="zh-TW"/>
              </w:rPr>
              <w:t>1</w:t>
            </w:r>
            <w:r w:rsidRPr="003C4D27">
              <w:rPr>
                <w:lang w:eastAsia="zh-TW"/>
              </w:rPr>
              <w:t>月</w:t>
            </w:r>
            <w:r w:rsidRPr="003C4D27">
              <w:rPr>
                <w:lang w:eastAsia="zh-TW"/>
              </w:rPr>
              <w:t>1</w:t>
            </w:r>
            <w:r w:rsidRPr="003C4D27">
              <w:rPr>
                <w:lang w:eastAsia="zh-TW"/>
              </w:rPr>
              <w:t>日以後出生）</w:t>
            </w:r>
          </w:p>
        </w:tc>
        <w:tc>
          <w:tcPr>
            <w:tcW w:w="1710" w:type="dxa"/>
            <w:tcMar>
              <w:top w:w="55" w:type="dxa"/>
              <w:left w:w="80" w:type="dxa"/>
              <w:bottom w:w="55" w:type="dxa"/>
              <w:right w:w="80" w:type="dxa"/>
            </w:tcMar>
            <w:vAlign w:val="center"/>
          </w:tcPr>
          <w:p w14:paraId="0B37E8DF" w14:textId="77777777" w:rsidR="00216958" w:rsidRPr="003C4D27" w:rsidRDefault="00216958" w:rsidP="00D511AE">
            <w:pPr>
              <w:spacing w:line="240" w:lineRule="auto"/>
              <w:jc w:val="center"/>
            </w:pPr>
            <w:proofErr w:type="spellStart"/>
            <w:r w:rsidRPr="003C4D27">
              <w:t>依年齡組隊</w:t>
            </w:r>
            <w:proofErr w:type="spellEnd"/>
          </w:p>
        </w:tc>
      </w:tr>
      <w:tr w:rsidR="00216958" w:rsidRPr="003C4D27" w14:paraId="6E94A1DC" w14:textId="77777777" w:rsidTr="00D511AE">
        <w:trPr>
          <w:jc w:val="center"/>
        </w:trPr>
        <w:tc>
          <w:tcPr>
            <w:tcW w:w="2070" w:type="dxa"/>
            <w:shd w:val="clear" w:color="auto" w:fill="F8FBFE"/>
            <w:tcMar>
              <w:top w:w="55" w:type="dxa"/>
              <w:left w:w="80" w:type="dxa"/>
              <w:bottom w:w="55" w:type="dxa"/>
              <w:right w:w="80" w:type="dxa"/>
            </w:tcMar>
            <w:vAlign w:val="center"/>
          </w:tcPr>
          <w:p w14:paraId="00C3B81D" w14:textId="77777777" w:rsidR="00216958" w:rsidRPr="003C4D27" w:rsidRDefault="00216958" w:rsidP="00D511AE">
            <w:pPr>
              <w:spacing w:line="240" w:lineRule="auto"/>
              <w:jc w:val="center"/>
            </w:pPr>
            <w:r w:rsidRPr="003C4D27">
              <w:t>社區共融</w:t>
            </w:r>
            <w:r w:rsidRPr="003C4D27">
              <w:t>U15</w:t>
            </w:r>
            <w:r w:rsidRPr="003C4D27">
              <w:t>組</w:t>
            </w:r>
          </w:p>
        </w:tc>
        <w:tc>
          <w:tcPr>
            <w:tcW w:w="5220" w:type="dxa"/>
            <w:shd w:val="clear" w:color="auto" w:fill="F8FBFE"/>
            <w:tcMar>
              <w:top w:w="55" w:type="dxa"/>
              <w:left w:w="80" w:type="dxa"/>
              <w:bottom w:w="55" w:type="dxa"/>
              <w:right w:w="80" w:type="dxa"/>
            </w:tcMar>
            <w:vAlign w:val="center"/>
          </w:tcPr>
          <w:p w14:paraId="6F7AD193" w14:textId="77777777" w:rsidR="00216958" w:rsidRDefault="00216958" w:rsidP="00D511AE">
            <w:pPr>
              <w:spacing w:line="240" w:lineRule="auto"/>
              <w:rPr>
                <w:lang w:eastAsia="zh-TW"/>
              </w:rPr>
            </w:pPr>
            <w:r w:rsidRPr="003C4D27">
              <w:rPr>
                <w:lang w:eastAsia="zh-TW"/>
              </w:rPr>
              <w:t>13</w:t>
            </w:r>
            <w:r w:rsidRPr="003C4D27">
              <w:rPr>
                <w:lang w:eastAsia="zh-TW"/>
              </w:rPr>
              <w:t>歲至</w:t>
            </w:r>
            <w:r w:rsidRPr="003C4D27">
              <w:rPr>
                <w:lang w:eastAsia="zh-TW"/>
              </w:rPr>
              <w:t>15</w:t>
            </w:r>
            <w:r w:rsidRPr="003C4D27">
              <w:rPr>
                <w:lang w:eastAsia="zh-TW"/>
              </w:rPr>
              <w:t>歲</w:t>
            </w:r>
          </w:p>
          <w:p w14:paraId="55C6F893" w14:textId="77777777" w:rsidR="00216958" w:rsidRPr="003C4D27" w:rsidRDefault="00216958" w:rsidP="00D511AE">
            <w:pPr>
              <w:spacing w:line="240" w:lineRule="auto"/>
              <w:rPr>
                <w:lang w:eastAsia="zh-TW"/>
              </w:rPr>
            </w:pPr>
            <w:r w:rsidRPr="003C4D27">
              <w:rPr>
                <w:lang w:eastAsia="zh-TW"/>
              </w:rPr>
              <w:t>（民國</w:t>
            </w:r>
            <w:r w:rsidRPr="003C4D27">
              <w:rPr>
                <w:lang w:eastAsia="zh-TW"/>
              </w:rPr>
              <w:t>100</w:t>
            </w:r>
            <w:r w:rsidRPr="003C4D27">
              <w:rPr>
                <w:lang w:eastAsia="zh-TW"/>
              </w:rPr>
              <w:t>年</w:t>
            </w:r>
            <w:r w:rsidRPr="003C4D27">
              <w:rPr>
                <w:lang w:eastAsia="zh-TW"/>
              </w:rPr>
              <w:t>1</w:t>
            </w:r>
            <w:r w:rsidRPr="003C4D27">
              <w:rPr>
                <w:lang w:eastAsia="zh-TW"/>
              </w:rPr>
              <w:t>月</w:t>
            </w:r>
            <w:r w:rsidRPr="003C4D27">
              <w:rPr>
                <w:lang w:eastAsia="zh-TW"/>
              </w:rPr>
              <w:t>1</w:t>
            </w:r>
            <w:r w:rsidRPr="003C4D27">
              <w:rPr>
                <w:lang w:eastAsia="zh-TW"/>
              </w:rPr>
              <w:t>日至</w:t>
            </w:r>
            <w:r w:rsidRPr="003C4D27">
              <w:rPr>
                <w:lang w:eastAsia="zh-TW"/>
              </w:rPr>
              <w:t>102</w:t>
            </w:r>
            <w:r w:rsidRPr="003C4D27">
              <w:rPr>
                <w:lang w:eastAsia="zh-TW"/>
              </w:rPr>
              <w:t>年</w:t>
            </w:r>
            <w:r w:rsidRPr="003C4D27">
              <w:rPr>
                <w:lang w:eastAsia="zh-TW"/>
              </w:rPr>
              <w:t>12</w:t>
            </w:r>
            <w:r w:rsidRPr="003C4D27">
              <w:rPr>
                <w:lang w:eastAsia="zh-TW"/>
              </w:rPr>
              <w:t>月</w:t>
            </w:r>
            <w:r w:rsidRPr="003C4D27">
              <w:rPr>
                <w:lang w:eastAsia="zh-TW"/>
              </w:rPr>
              <w:t>31</w:t>
            </w:r>
            <w:r w:rsidRPr="003C4D27">
              <w:rPr>
                <w:lang w:eastAsia="zh-TW"/>
              </w:rPr>
              <w:t>日出生）</w:t>
            </w:r>
          </w:p>
        </w:tc>
        <w:tc>
          <w:tcPr>
            <w:tcW w:w="1710" w:type="dxa"/>
            <w:shd w:val="clear" w:color="auto" w:fill="F8FBFE"/>
            <w:tcMar>
              <w:top w:w="55" w:type="dxa"/>
              <w:left w:w="80" w:type="dxa"/>
              <w:bottom w:w="55" w:type="dxa"/>
              <w:right w:w="80" w:type="dxa"/>
            </w:tcMar>
            <w:vAlign w:val="center"/>
          </w:tcPr>
          <w:p w14:paraId="4D3B14AA" w14:textId="77777777" w:rsidR="00216958" w:rsidRPr="003C4D27" w:rsidRDefault="00216958" w:rsidP="00D511AE">
            <w:pPr>
              <w:spacing w:line="240" w:lineRule="auto"/>
              <w:jc w:val="center"/>
            </w:pPr>
            <w:proofErr w:type="spellStart"/>
            <w:r w:rsidRPr="003C4D27">
              <w:t>依年齡組隊</w:t>
            </w:r>
            <w:proofErr w:type="spellEnd"/>
          </w:p>
        </w:tc>
      </w:tr>
      <w:tr w:rsidR="00216958" w:rsidRPr="003C4D27" w14:paraId="014A87DB" w14:textId="77777777" w:rsidTr="00D511AE">
        <w:trPr>
          <w:jc w:val="center"/>
        </w:trPr>
        <w:tc>
          <w:tcPr>
            <w:tcW w:w="2070" w:type="dxa"/>
            <w:tcMar>
              <w:top w:w="55" w:type="dxa"/>
              <w:left w:w="80" w:type="dxa"/>
              <w:bottom w:w="55" w:type="dxa"/>
              <w:right w:w="80" w:type="dxa"/>
            </w:tcMar>
            <w:vAlign w:val="center"/>
          </w:tcPr>
          <w:p w14:paraId="57126889" w14:textId="77777777" w:rsidR="00216958" w:rsidRPr="003C4D27" w:rsidRDefault="00216958" w:rsidP="00D511AE">
            <w:pPr>
              <w:spacing w:line="240" w:lineRule="auto"/>
              <w:jc w:val="center"/>
            </w:pPr>
            <w:r w:rsidRPr="003C4D27">
              <w:t>社區共融</w:t>
            </w:r>
            <w:r w:rsidRPr="003C4D27">
              <w:t>U18</w:t>
            </w:r>
            <w:r w:rsidRPr="003C4D27">
              <w:t>組</w:t>
            </w:r>
          </w:p>
        </w:tc>
        <w:tc>
          <w:tcPr>
            <w:tcW w:w="5220" w:type="dxa"/>
            <w:tcMar>
              <w:top w:w="55" w:type="dxa"/>
              <w:left w:w="80" w:type="dxa"/>
              <w:bottom w:w="55" w:type="dxa"/>
              <w:right w:w="80" w:type="dxa"/>
            </w:tcMar>
            <w:vAlign w:val="center"/>
          </w:tcPr>
          <w:p w14:paraId="78413418" w14:textId="77777777" w:rsidR="00216958" w:rsidRDefault="00216958" w:rsidP="00D511AE">
            <w:pPr>
              <w:spacing w:line="240" w:lineRule="auto"/>
              <w:rPr>
                <w:lang w:eastAsia="zh-TW"/>
              </w:rPr>
            </w:pPr>
            <w:r w:rsidRPr="003C4D27">
              <w:rPr>
                <w:lang w:eastAsia="zh-TW"/>
              </w:rPr>
              <w:t>16</w:t>
            </w:r>
            <w:r w:rsidRPr="003C4D27">
              <w:rPr>
                <w:lang w:eastAsia="zh-TW"/>
              </w:rPr>
              <w:t>歲至</w:t>
            </w:r>
            <w:r w:rsidRPr="003C4D27">
              <w:rPr>
                <w:lang w:eastAsia="zh-TW"/>
              </w:rPr>
              <w:t>18</w:t>
            </w:r>
            <w:r w:rsidRPr="003C4D27">
              <w:rPr>
                <w:lang w:eastAsia="zh-TW"/>
              </w:rPr>
              <w:t>歲</w:t>
            </w:r>
          </w:p>
          <w:p w14:paraId="7878853C" w14:textId="77777777" w:rsidR="00216958" w:rsidRPr="003C4D27" w:rsidRDefault="00216958" w:rsidP="00D511AE">
            <w:pPr>
              <w:spacing w:line="240" w:lineRule="auto"/>
              <w:rPr>
                <w:lang w:eastAsia="zh-TW"/>
              </w:rPr>
            </w:pPr>
            <w:r w:rsidRPr="003C4D27">
              <w:rPr>
                <w:lang w:eastAsia="zh-TW"/>
              </w:rPr>
              <w:t>（民國</w:t>
            </w:r>
            <w:r w:rsidRPr="003C4D27">
              <w:rPr>
                <w:lang w:eastAsia="zh-TW"/>
              </w:rPr>
              <w:t>97</w:t>
            </w:r>
            <w:r w:rsidRPr="003C4D27">
              <w:rPr>
                <w:lang w:eastAsia="zh-TW"/>
              </w:rPr>
              <w:t>年</w:t>
            </w:r>
            <w:r w:rsidRPr="003C4D27">
              <w:rPr>
                <w:lang w:eastAsia="zh-TW"/>
              </w:rPr>
              <w:t>1</w:t>
            </w:r>
            <w:r w:rsidRPr="003C4D27">
              <w:rPr>
                <w:lang w:eastAsia="zh-TW"/>
              </w:rPr>
              <w:t>月</w:t>
            </w:r>
            <w:r w:rsidRPr="003C4D27">
              <w:rPr>
                <w:lang w:eastAsia="zh-TW"/>
              </w:rPr>
              <w:t>1</w:t>
            </w:r>
            <w:r w:rsidRPr="003C4D27">
              <w:rPr>
                <w:lang w:eastAsia="zh-TW"/>
              </w:rPr>
              <w:t>日至</w:t>
            </w:r>
            <w:r w:rsidRPr="003C4D27">
              <w:rPr>
                <w:lang w:eastAsia="zh-TW"/>
              </w:rPr>
              <w:t>99</w:t>
            </w:r>
            <w:r w:rsidRPr="003C4D27">
              <w:rPr>
                <w:lang w:eastAsia="zh-TW"/>
              </w:rPr>
              <w:t>年</w:t>
            </w:r>
            <w:r w:rsidRPr="003C4D27">
              <w:rPr>
                <w:lang w:eastAsia="zh-TW"/>
              </w:rPr>
              <w:t>12</w:t>
            </w:r>
            <w:r w:rsidRPr="003C4D27">
              <w:rPr>
                <w:lang w:eastAsia="zh-TW"/>
              </w:rPr>
              <w:t>月</w:t>
            </w:r>
            <w:r w:rsidRPr="003C4D27">
              <w:rPr>
                <w:lang w:eastAsia="zh-TW"/>
              </w:rPr>
              <w:t>31</w:t>
            </w:r>
            <w:r w:rsidRPr="003C4D27">
              <w:rPr>
                <w:lang w:eastAsia="zh-TW"/>
              </w:rPr>
              <w:t>日出生）</w:t>
            </w:r>
          </w:p>
        </w:tc>
        <w:tc>
          <w:tcPr>
            <w:tcW w:w="1710" w:type="dxa"/>
            <w:tcMar>
              <w:top w:w="55" w:type="dxa"/>
              <w:left w:w="80" w:type="dxa"/>
              <w:bottom w:w="55" w:type="dxa"/>
              <w:right w:w="80" w:type="dxa"/>
            </w:tcMar>
            <w:vAlign w:val="center"/>
          </w:tcPr>
          <w:p w14:paraId="429C4D33" w14:textId="77777777" w:rsidR="00216958" w:rsidRPr="003C4D27" w:rsidRDefault="00216958" w:rsidP="00D511AE">
            <w:pPr>
              <w:spacing w:line="240" w:lineRule="auto"/>
              <w:jc w:val="center"/>
            </w:pPr>
            <w:proofErr w:type="spellStart"/>
            <w:r w:rsidRPr="003C4D27">
              <w:t>依年齡組隊</w:t>
            </w:r>
            <w:proofErr w:type="spellEnd"/>
          </w:p>
        </w:tc>
      </w:tr>
      <w:tr w:rsidR="00216958" w:rsidRPr="003C4D27" w14:paraId="42D8E5CE" w14:textId="77777777" w:rsidTr="00D511AE">
        <w:trPr>
          <w:jc w:val="center"/>
        </w:trPr>
        <w:tc>
          <w:tcPr>
            <w:tcW w:w="2070" w:type="dxa"/>
            <w:shd w:val="clear" w:color="auto" w:fill="F8FBFE"/>
            <w:tcMar>
              <w:top w:w="55" w:type="dxa"/>
              <w:left w:w="80" w:type="dxa"/>
              <w:bottom w:w="55" w:type="dxa"/>
              <w:right w:w="80" w:type="dxa"/>
            </w:tcMar>
            <w:vAlign w:val="center"/>
          </w:tcPr>
          <w:p w14:paraId="234A865F" w14:textId="77777777" w:rsidR="00216958" w:rsidRPr="003C4D27" w:rsidRDefault="00216958" w:rsidP="00D511AE">
            <w:pPr>
              <w:spacing w:line="240" w:lineRule="auto"/>
              <w:jc w:val="center"/>
            </w:pPr>
            <w:proofErr w:type="spellStart"/>
            <w:r w:rsidRPr="003C4D27">
              <w:t>社會組</w:t>
            </w:r>
            <w:proofErr w:type="spellEnd"/>
          </w:p>
        </w:tc>
        <w:tc>
          <w:tcPr>
            <w:tcW w:w="5220" w:type="dxa"/>
            <w:shd w:val="clear" w:color="auto" w:fill="F8FBFE"/>
            <w:tcMar>
              <w:top w:w="55" w:type="dxa"/>
              <w:left w:w="80" w:type="dxa"/>
              <w:bottom w:w="55" w:type="dxa"/>
              <w:right w:w="80" w:type="dxa"/>
            </w:tcMar>
            <w:vAlign w:val="center"/>
          </w:tcPr>
          <w:p w14:paraId="7D11AB9F" w14:textId="77777777" w:rsidR="00216958" w:rsidRPr="003C4D27" w:rsidRDefault="00216958" w:rsidP="00D511AE">
            <w:pPr>
              <w:spacing w:line="240" w:lineRule="auto"/>
            </w:pPr>
            <w:proofErr w:type="spellStart"/>
            <w:r w:rsidRPr="003C4D27">
              <w:t>年齡不限</w:t>
            </w:r>
            <w:proofErr w:type="spellEnd"/>
          </w:p>
        </w:tc>
        <w:tc>
          <w:tcPr>
            <w:tcW w:w="1710" w:type="dxa"/>
            <w:shd w:val="clear" w:color="auto" w:fill="F8FBFE"/>
            <w:tcMar>
              <w:top w:w="55" w:type="dxa"/>
              <w:left w:w="80" w:type="dxa"/>
              <w:bottom w:w="55" w:type="dxa"/>
              <w:right w:w="80" w:type="dxa"/>
            </w:tcMar>
            <w:vAlign w:val="center"/>
          </w:tcPr>
          <w:p w14:paraId="29F1F88C" w14:textId="77777777" w:rsidR="00216958" w:rsidRPr="003C4D27" w:rsidRDefault="00216958" w:rsidP="00D511AE">
            <w:pPr>
              <w:spacing w:line="240" w:lineRule="auto"/>
              <w:jc w:val="center"/>
            </w:pPr>
            <w:proofErr w:type="spellStart"/>
            <w:r w:rsidRPr="003C4D27">
              <w:t>得跨年齡組隊</w:t>
            </w:r>
            <w:proofErr w:type="spellEnd"/>
          </w:p>
        </w:tc>
      </w:tr>
    </w:tbl>
    <w:p w14:paraId="15F4EC9A" w14:textId="77777777" w:rsidR="000C6644" w:rsidRPr="003C4D27" w:rsidRDefault="000C6644" w:rsidP="000C6644">
      <w:pPr>
        <w:spacing w:line="240" w:lineRule="auto"/>
        <w:ind w:left="1134" w:hanging="850"/>
        <w:jc w:val="both"/>
        <w:rPr>
          <w:lang w:eastAsia="zh-TW"/>
        </w:rPr>
      </w:pPr>
      <w:bookmarkStart w:id="2" w:name="_Hlk241397084"/>
      <w:bookmarkStart w:id="3" w:name="_Hlk241399433"/>
      <w:r w:rsidRPr="003C4D27">
        <w:rPr>
          <w:sz w:val="28"/>
          <w:szCs w:val="28"/>
          <w:lang w:eastAsia="zh-TW"/>
        </w:rPr>
        <w:t>（一）年齡認定：年齡計算基準日為</w:t>
      </w:r>
      <w:r w:rsidRPr="003C4D27">
        <w:rPr>
          <w:sz w:val="28"/>
          <w:szCs w:val="28"/>
          <w:lang w:eastAsia="zh-TW"/>
        </w:rPr>
        <w:t>115</w:t>
      </w:r>
      <w:r w:rsidRPr="003C4D27">
        <w:rPr>
          <w:sz w:val="28"/>
          <w:szCs w:val="28"/>
          <w:lang w:eastAsia="zh-TW"/>
        </w:rPr>
        <w:t>年</w:t>
      </w:r>
      <w:r w:rsidRPr="003C4D27">
        <w:rPr>
          <w:sz w:val="28"/>
          <w:szCs w:val="28"/>
          <w:lang w:eastAsia="zh-TW"/>
        </w:rPr>
        <w:t>12</w:t>
      </w:r>
      <w:r w:rsidRPr="003C4D27">
        <w:rPr>
          <w:sz w:val="28"/>
          <w:szCs w:val="28"/>
          <w:lang w:eastAsia="zh-TW"/>
        </w:rPr>
        <w:t>月</w:t>
      </w:r>
      <w:r w:rsidRPr="003C4D27">
        <w:rPr>
          <w:sz w:val="28"/>
          <w:szCs w:val="28"/>
          <w:lang w:eastAsia="zh-TW"/>
        </w:rPr>
        <w:t>31</w:t>
      </w:r>
      <w:r w:rsidRPr="003C4D27">
        <w:rPr>
          <w:sz w:val="28"/>
          <w:szCs w:val="28"/>
          <w:lang w:eastAsia="zh-TW"/>
        </w:rPr>
        <w:t>日，依選手出生年月日認定其所屬競賽組別；各組出生日期範圍如上表，區間不重疊。基準日不因賽程調整而變動。</w:t>
      </w:r>
    </w:p>
    <w:p w14:paraId="70257E79" w14:textId="77777777" w:rsidR="000C6644" w:rsidRPr="003C4D27" w:rsidRDefault="000C6644" w:rsidP="000C6644">
      <w:pPr>
        <w:spacing w:line="240" w:lineRule="auto"/>
        <w:ind w:left="1134" w:hanging="850"/>
        <w:jc w:val="both"/>
        <w:rPr>
          <w:lang w:eastAsia="zh-TW"/>
        </w:rPr>
      </w:pPr>
      <w:r w:rsidRPr="003C4D27">
        <w:rPr>
          <w:sz w:val="28"/>
          <w:szCs w:val="28"/>
          <w:lang w:eastAsia="zh-TW"/>
        </w:rPr>
        <w:t>（二）跨組規定：隊員年齡跨越二個以上年齡組別區間者，應報名社會組；符合同一年齡組別之隊伍，亦得選擇報名社會組。</w:t>
      </w:r>
    </w:p>
    <w:p w14:paraId="6971E071" w14:textId="77777777" w:rsidR="000C6644" w:rsidRPr="003C4D27" w:rsidRDefault="000C6644" w:rsidP="000C6644">
      <w:pPr>
        <w:spacing w:line="240" w:lineRule="auto"/>
        <w:ind w:left="1134" w:hanging="850"/>
        <w:jc w:val="both"/>
        <w:rPr>
          <w:lang w:eastAsia="zh-TW"/>
        </w:rPr>
      </w:pPr>
      <w:r w:rsidRPr="003C4D27">
        <w:rPr>
          <w:sz w:val="28"/>
          <w:szCs w:val="28"/>
          <w:lang w:eastAsia="zh-TW"/>
        </w:rPr>
        <w:lastRenderedPageBreak/>
        <w:t>（三）擇一報名：同一選手於同一競賽細項僅得擇一組別報名，不得同時報名年齡組別及社會組。</w:t>
      </w:r>
    </w:p>
    <w:p w14:paraId="50BC2BE3" w14:textId="77777777" w:rsidR="000C6644" w:rsidRPr="003C4D27" w:rsidRDefault="000C6644" w:rsidP="000C6644">
      <w:pPr>
        <w:spacing w:line="240" w:lineRule="auto"/>
        <w:ind w:left="1134" w:hanging="850"/>
        <w:jc w:val="both"/>
        <w:rPr>
          <w:lang w:eastAsia="zh-TW"/>
        </w:rPr>
      </w:pPr>
      <w:r w:rsidRPr="003C4D27">
        <w:rPr>
          <w:sz w:val="28"/>
          <w:szCs w:val="28"/>
          <w:lang w:eastAsia="zh-TW"/>
        </w:rPr>
        <w:t>（四）組別維持：自分區預賽至全國決賽應維持同一競賽組別；經核准替換之選手，仍應符合該組別之年齡規定。</w:t>
      </w:r>
    </w:p>
    <w:p w14:paraId="5DEC7F53" w14:textId="77777777" w:rsidR="000C6644" w:rsidRPr="003C4D27" w:rsidRDefault="000C6644" w:rsidP="000C6644">
      <w:pPr>
        <w:spacing w:line="240" w:lineRule="auto"/>
        <w:ind w:left="1134" w:hanging="850"/>
        <w:jc w:val="both"/>
        <w:rPr>
          <w:lang w:eastAsia="zh-TW"/>
        </w:rPr>
      </w:pPr>
      <w:r w:rsidRPr="003C4D27">
        <w:rPr>
          <w:sz w:val="28"/>
          <w:szCs w:val="28"/>
          <w:lang w:eastAsia="zh-TW"/>
        </w:rPr>
        <w:t>（五）性別組別：各競賽細項之性別組別，依各單項競賽規程規定。</w:t>
      </w:r>
    </w:p>
    <w:p w14:paraId="54DD8784" w14:textId="77777777" w:rsidR="000C6644" w:rsidRPr="003C4D27" w:rsidRDefault="000C6644" w:rsidP="000C6644">
      <w:pPr>
        <w:spacing w:line="240" w:lineRule="auto"/>
        <w:ind w:left="1134" w:hanging="850"/>
        <w:jc w:val="both"/>
        <w:rPr>
          <w:lang w:eastAsia="zh-TW"/>
        </w:rPr>
      </w:pPr>
      <w:r w:rsidRPr="003C4D27">
        <w:rPr>
          <w:sz w:val="28"/>
          <w:szCs w:val="28"/>
          <w:lang w:eastAsia="zh-TW"/>
        </w:rPr>
        <w:t>（六）報名細項數上限：每一選手於本活動報名之競賽細項數上限，依各單項競賽規程規定。</w:t>
      </w:r>
      <w:bookmarkEnd w:id="2"/>
    </w:p>
    <w:bookmarkEnd w:id="3"/>
    <w:p w14:paraId="51A4B02A" w14:textId="77777777" w:rsidR="00A51273" w:rsidRPr="003C4D27" w:rsidRDefault="00A51273" w:rsidP="006318FA">
      <w:pPr>
        <w:rPr>
          <w:lang w:eastAsia="zh-TW"/>
        </w:rPr>
      </w:pPr>
      <w:r w:rsidRPr="003C4D27">
        <w:rPr>
          <w:sz w:val="28"/>
          <w:szCs w:val="28"/>
          <w:lang w:eastAsia="zh-TW"/>
        </w:rPr>
        <w:t>九、競賽種類、分項及參賽人數：</w:t>
      </w:r>
    </w:p>
    <w:p w14:paraId="36071399" w14:textId="77777777" w:rsidR="009707B7" w:rsidRPr="003C4D27" w:rsidRDefault="009707B7" w:rsidP="009707B7">
      <w:pPr>
        <w:spacing w:before="120"/>
        <w:rPr>
          <w:lang w:eastAsia="zh-TW"/>
        </w:rPr>
      </w:pPr>
      <w:bookmarkStart w:id="4" w:name="_Hlk241358418"/>
      <w:r>
        <w:rPr>
          <w:color w:val="000000"/>
          <w:sz w:val="28"/>
          <w:szCs w:val="28"/>
          <w:lang w:eastAsia="zh-TW"/>
        </w:rPr>
        <w:t>踢毽（</w:t>
      </w:r>
      <w:r>
        <w:rPr>
          <w:color w:val="000000"/>
          <w:sz w:val="28"/>
          <w:szCs w:val="28"/>
          <w:lang w:eastAsia="zh-TW"/>
        </w:rPr>
        <w:t>115</w:t>
      </w:r>
      <w:r>
        <w:rPr>
          <w:color w:val="000000"/>
          <w:sz w:val="28"/>
          <w:szCs w:val="28"/>
          <w:lang w:eastAsia="zh-TW"/>
        </w:rPr>
        <w:t>年試辦項目，僅辦理全國決賽）</w:t>
      </w:r>
    </w:p>
    <w:tbl>
      <w:tblPr>
        <w:tblStyle w:val="aff2"/>
        <w:tblW w:w="5000" w:type="pct"/>
        <w:jc w:val="center"/>
        <w:tblLook w:val="04A0" w:firstRow="1" w:lastRow="0" w:firstColumn="1" w:lastColumn="0" w:noHBand="0" w:noVBand="1"/>
      </w:tblPr>
      <w:tblGrid>
        <w:gridCol w:w="1732"/>
        <w:gridCol w:w="6158"/>
        <w:gridCol w:w="1732"/>
      </w:tblGrid>
      <w:tr w:rsidR="009707B7" w:rsidRPr="003C4D27" w14:paraId="18A8C3BB" w14:textId="77777777" w:rsidTr="00D56411">
        <w:trPr>
          <w:tblHeader/>
          <w:jc w:val="center"/>
        </w:trPr>
        <w:tc>
          <w:tcPr>
            <w:tcW w:w="1620" w:type="dxa"/>
            <w:tcBorders>
              <w:top w:val="single" w:sz="6" w:space="0" w:color="BFBFBF"/>
              <w:left w:val="single" w:sz="6" w:space="0" w:color="BFBFBF"/>
              <w:bottom w:val="single" w:sz="6" w:space="0" w:color="BFBFBF"/>
              <w:right w:val="single" w:sz="6" w:space="0" w:color="BFBFBF"/>
            </w:tcBorders>
            <w:shd w:val="clear" w:color="auto" w:fill="1F4E78"/>
            <w:tcMar>
              <w:top w:w="55" w:type="dxa"/>
              <w:left w:w="80" w:type="dxa"/>
              <w:bottom w:w="55" w:type="dxa"/>
              <w:right w:w="80" w:type="dxa"/>
            </w:tcMar>
            <w:vAlign w:val="center"/>
          </w:tcPr>
          <w:p w14:paraId="4887B457" w14:textId="77777777" w:rsidR="009707B7" w:rsidRPr="003C4D27" w:rsidRDefault="009707B7" w:rsidP="00D56411">
            <w:pPr>
              <w:spacing w:line="240" w:lineRule="auto"/>
              <w:jc w:val="center"/>
            </w:pPr>
            <w:proofErr w:type="spellStart"/>
            <w:r w:rsidRPr="003C4D27">
              <w:rPr>
                <w:b/>
                <w:color w:val="FFFFFF"/>
              </w:rPr>
              <w:t>競賽分項</w:t>
            </w:r>
            <w:proofErr w:type="spellEnd"/>
          </w:p>
        </w:tc>
        <w:tc>
          <w:tcPr>
            <w:tcW w:w="5760" w:type="dxa"/>
            <w:tcBorders>
              <w:top w:val="single" w:sz="6" w:space="0" w:color="BFBFBF"/>
              <w:left w:val="single" w:sz="6" w:space="0" w:color="BFBFBF"/>
              <w:bottom w:val="single" w:sz="6" w:space="0" w:color="BFBFBF"/>
              <w:right w:val="single" w:sz="6" w:space="0" w:color="BFBFBF"/>
            </w:tcBorders>
            <w:shd w:val="clear" w:color="auto" w:fill="1F4E78"/>
            <w:tcMar>
              <w:top w:w="55" w:type="dxa"/>
              <w:left w:w="80" w:type="dxa"/>
              <w:bottom w:w="55" w:type="dxa"/>
              <w:right w:w="80" w:type="dxa"/>
            </w:tcMar>
            <w:vAlign w:val="center"/>
          </w:tcPr>
          <w:p w14:paraId="191E4CB1" w14:textId="77777777" w:rsidR="009707B7" w:rsidRPr="003C4D27" w:rsidRDefault="009707B7" w:rsidP="00D56411">
            <w:pPr>
              <w:spacing w:line="240" w:lineRule="auto"/>
              <w:jc w:val="center"/>
            </w:pPr>
            <w:proofErr w:type="spellStart"/>
            <w:r w:rsidRPr="003C4D27">
              <w:rPr>
                <w:b/>
                <w:color w:val="FFFFFF"/>
              </w:rPr>
              <w:t>競賽細項</w:t>
            </w:r>
            <w:proofErr w:type="spellEnd"/>
          </w:p>
        </w:tc>
        <w:tc>
          <w:tcPr>
            <w:tcW w:w="1620" w:type="dxa"/>
            <w:tcBorders>
              <w:top w:val="single" w:sz="6" w:space="0" w:color="BFBFBF"/>
              <w:left w:val="single" w:sz="6" w:space="0" w:color="BFBFBF"/>
              <w:bottom w:val="single" w:sz="6" w:space="0" w:color="BFBFBF"/>
              <w:right w:val="single" w:sz="6" w:space="0" w:color="BFBFBF"/>
            </w:tcBorders>
            <w:shd w:val="clear" w:color="auto" w:fill="1F4E78"/>
            <w:tcMar>
              <w:top w:w="55" w:type="dxa"/>
              <w:left w:w="80" w:type="dxa"/>
              <w:bottom w:w="55" w:type="dxa"/>
              <w:right w:w="80" w:type="dxa"/>
            </w:tcMar>
            <w:vAlign w:val="center"/>
          </w:tcPr>
          <w:p w14:paraId="3A70E909" w14:textId="77777777" w:rsidR="009707B7" w:rsidRPr="003C4D27" w:rsidRDefault="009707B7" w:rsidP="00D56411">
            <w:pPr>
              <w:spacing w:line="240" w:lineRule="auto"/>
              <w:jc w:val="center"/>
            </w:pPr>
            <w:proofErr w:type="spellStart"/>
            <w:r w:rsidRPr="003C4D27">
              <w:rPr>
                <w:b/>
                <w:color w:val="FFFFFF"/>
              </w:rPr>
              <w:t>參賽人數</w:t>
            </w:r>
            <w:proofErr w:type="spellEnd"/>
          </w:p>
        </w:tc>
      </w:tr>
      <w:tr w:rsidR="009707B7" w:rsidRPr="003C4D27" w14:paraId="57BB2D30" w14:textId="77777777" w:rsidTr="00D56411">
        <w:trPr>
          <w:jc w:val="center"/>
        </w:trPr>
        <w:tc>
          <w:tcPr>
            <w:tcW w:w="162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1D699F06" w14:textId="77777777" w:rsidR="009707B7" w:rsidRPr="003C4D27" w:rsidRDefault="009707B7" w:rsidP="00D56411">
            <w:pPr>
              <w:spacing w:line="240" w:lineRule="auto"/>
              <w:jc w:val="center"/>
            </w:pPr>
            <w:proofErr w:type="spellStart"/>
            <w:r w:rsidRPr="003C4D27">
              <w:t>個人賽</w:t>
            </w:r>
            <w:proofErr w:type="spellEnd"/>
          </w:p>
        </w:tc>
        <w:tc>
          <w:tcPr>
            <w:tcW w:w="576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78066498" w14:textId="77777777" w:rsidR="009707B7" w:rsidRPr="003C4D27" w:rsidRDefault="009707B7" w:rsidP="00D56411">
            <w:pPr>
              <w:spacing w:line="240" w:lineRule="auto"/>
              <w:jc w:val="center"/>
            </w:pPr>
            <w:proofErr w:type="spellStart"/>
            <w:r w:rsidRPr="003C4D27">
              <w:t>個人花式</w:t>
            </w:r>
            <w:proofErr w:type="spellEnd"/>
          </w:p>
        </w:tc>
        <w:tc>
          <w:tcPr>
            <w:tcW w:w="162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284E1CFF" w14:textId="77777777" w:rsidR="009707B7" w:rsidRPr="003C4D27" w:rsidRDefault="009707B7" w:rsidP="00D56411">
            <w:pPr>
              <w:spacing w:line="240" w:lineRule="auto"/>
              <w:jc w:val="center"/>
            </w:pPr>
            <w:r w:rsidRPr="003C4D27">
              <w:t>1</w:t>
            </w:r>
            <w:r w:rsidRPr="003C4D27">
              <w:t>人</w:t>
            </w:r>
          </w:p>
        </w:tc>
      </w:tr>
      <w:tr w:rsidR="009707B7" w:rsidRPr="003C4D27" w14:paraId="099A2507" w14:textId="77777777" w:rsidTr="00D56411">
        <w:trPr>
          <w:jc w:val="center"/>
        </w:trPr>
        <w:tc>
          <w:tcPr>
            <w:tcW w:w="162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42C18060" w14:textId="77777777" w:rsidR="009707B7" w:rsidRPr="003C4D27" w:rsidRDefault="009707B7" w:rsidP="00D56411">
            <w:pPr>
              <w:spacing w:line="240" w:lineRule="auto"/>
              <w:jc w:val="center"/>
            </w:pPr>
            <w:proofErr w:type="spellStart"/>
            <w:r w:rsidRPr="003C4D27">
              <w:t>個人賽</w:t>
            </w:r>
            <w:proofErr w:type="spellEnd"/>
          </w:p>
        </w:tc>
        <w:tc>
          <w:tcPr>
            <w:tcW w:w="576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1466B8F8" w14:textId="77777777" w:rsidR="009707B7" w:rsidRPr="003C4D27" w:rsidRDefault="009707B7" w:rsidP="00D56411">
            <w:pPr>
              <w:spacing w:line="240" w:lineRule="auto"/>
              <w:jc w:val="center"/>
            </w:pPr>
            <w:proofErr w:type="spellStart"/>
            <w:r w:rsidRPr="003C4D27">
              <w:t>個人限時計次</w:t>
            </w:r>
            <w:proofErr w:type="spellEnd"/>
          </w:p>
        </w:tc>
        <w:tc>
          <w:tcPr>
            <w:tcW w:w="162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43D2D09E" w14:textId="77777777" w:rsidR="009707B7" w:rsidRPr="003C4D27" w:rsidRDefault="009707B7" w:rsidP="00D56411">
            <w:pPr>
              <w:spacing w:line="240" w:lineRule="auto"/>
              <w:jc w:val="center"/>
            </w:pPr>
            <w:r w:rsidRPr="003C4D27">
              <w:t>1</w:t>
            </w:r>
            <w:r w:rsidRPr="003C4D27">
              <w:t>人</w:t>
            </w:r>
          </w:p>
        </w:tc>
      </w:tr>
      <w:tr w:rsidR="009707B7" w:rsidRPr="003C4D27" w14:paraId="78387E56" w14:textId="77777777" w:rsidTr="00D56411">
        <w:trPr>
          <w:jc w:val="center"/>
        </w:trPr>
        <w:tc>
          <w:tcPr>
            <w:tcW w:w="162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798B3908" w14:textId="77777777" w:rsidR="009707B7" w:rsidRPr="003C4D27" w:rsidRDefault="009707B7" w:rsidP="00D56411">
            <w:pPr>
              <w:spacing w:line="240" w:lineRule="auto"/>
              <w:jc w:val="center"/>
            </w:pPr>
            <w:proofErr w:type="spellStart"/>
            <w:r w:rsidRPr="003C4D27">
              <w:t>個人賽</w:t>
            </w:r>
            <w:proofErr w:type="spellEnd"/>
          </w:p>
        </w:tc>
        <w:tc>
          <w:tcPr>
            <w:tcW w:w="576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6D17F0A6" w14:textId="77777777" w:rsidR="009707B7" w:rsidRPr="003C4D27" w:rsidRDefault="009707B7" w:rsidP="00D56411">
            <w:pPr>
              <w:spacing w:line="240" w:lineRule="auto"/>
              <w:jc w:val="center"/>
            </w:pPr>
            <w:proofErr w:type="spellStart"/>
            <w:r w:rsidRPr="003C4D27">
              <w:t>個人計次</w:t>
            </w:r>
            <w:proofErr w:type="spellEnd"/>
          </w:p>
        </w:tc>
        <w:tc>
          <w:tcPr>
            <w:tcW w:w="162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4A77FD2D" w14:textId="77777777" w:rsidR="009707B7" w:rsidRPr="003C4D27" w:rsidRDefault="009707B7" w:rsidP="00D56411">
            <w:pPr>
              <w:spacing w:line="240" w:lineRule="auto"/>
              <w:jc w:val="center"/>
            </w:pPr>
            <w:r w:rsidRPr="003C4D27">
              <w:t>1</w:t>
            </w:r>
            <w:r w:rsidRPr="003C4D27">
              <w:t>人</w:t>
            </w:r>
          </w:p>
        </w:tc>
      </w:tr>
      <w:tr w:rsidR="009707B7" w:rsidRPr="003C4D27" w14:paraId="44901EDD" w14:textId="77777777" w:rsidTr="00D56411">
        <w:trPr>
          <w:jc w:val="center"/>
        </w:trPr>
        <w:tc>
          <w:tcPr>
            <w:tcW w:w="162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2A53A506" w14:textId="77777777" w:rsidR="009707B7" w:rsidRPr="003C4D27" w:rsidRDefault="009707B7" w:rsidP="00D56411">
            <w:pPr>
              <w:spacing w:line="240" w:lineRule="auto"/>
              <w:jc w:val="center"/>
            </w:pPr>
            <w:proofErr w:type="spellStart"/>
            <w:r w:rsidRPr="003C4D27">
              <w:t>團體賽</w:t>
            </w:r>
            <w:proofErr w:type="spellEnd"/>
          </w:p>
        </w:tc>
        <w:tc>
          <w:tcPr>
            <w:tcW w:w="576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65EEB3B7" w14:textId="77777777" w:rsidR="009707B7" w:rsidRPr="003C4D27" w:rsidRDefault="009707B7" w:rsidP="00D56411">
            <w:pPr>
              <w:spacing w:line="240" w:lineRule="auto"/>
              <w:jc w:val="center"/>
            </w:pPr>
            <w:proofErr w:type="spellStart"/>
            <w:r w:rsidRPr="003C4D27">
              <w:t>團體限時計次</w:t>
            </w:r>
            <w:proofErr w:type="spellEnd"/>
          </w:p>
        </w:tc>
        <w:tc>
          <w:tcPr>
            <w:tcW w:w="162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117159D6" w14:textId="77777777" w:rsidR="009707B7" w:rsidRPr="003C4D27" w:rsidRDefault="009707B7" w:rsidP="00D56411">
            <w:pPr>
              <w:spacing w:line="240" w:lineRule="auto"/>
              <w:jc w:val="center"/>
            </w:pPr>
            <w:r w:rsidRPr="003C4D27">
              <w:t>3</w:t>
            </w:r>
            <w:r w:rsidRPr="003C4D27">
              <w:t>人</w:t>
            </w:r>
          </w:p>
        </w:tc>
      </w:tr>
      <w:tr w:rsidR="009707B7" w:rsidRPr="003C4D27" w14:paraId="527A6771" w14:textId="77777777" w:rsidTr="00D56411">
        <w:trPr>
          <w:jc w:val="center"/>
        </w:trPr>
        <w:tc>
          <w:tcPr>
            <w:tcW w:w="162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67FCDFFF" w14:textId="77777777" w:rsidR="009707B7" w:rsidRPr="003C4D27" w:rsidRDefault="009707B7" w:rsidP="00D56411">
            <w:pPr>
              <w:spacing w:line="240" w:lineRule="auto"/>
              <w:jc w:val="center"/>
            </w:pPr>
            <w:proofErr w:type="spellStart"/>
            <w:r w:rsidRPr="003C4D27">
              <w:t>網毽</w:t>
            </w:r>
            <w:proofErr w:type="spellEnd"/>
          </w:p>
        </w:tc>
        <w:tc>
          <w:tcPr>
            <w:tcW w:w="576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6B2A2010" w14:textId="77777777" w:rsidR="009707B7" w:rsidRPr="003C4D27" w:rsidRDefault="009707B7" w:rsidP="00D56411">
            <w:pPr>
              <w:spacing w:line="240" w:lineRule="auto"/>
              <w:jc w:val="center"/>
            </w:pPr>
            <w:proofErr w:type="spellStart"/>
            <w:r w:rsidRPr="003C4D27">
              <w:t>個人網毽</w:t>
            </w:r>
            <w:proofErr w:type="spellEnd"/>
          </w:p>
        </w:tc>
        <w:tc>
          <w:tcPr>
            <w:tcW w:w="162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4A1CEB44" w14:textId="77777777" w:rsidR="009707B7" w:rsidRPr="003C4D27" w:rsidRDefault="009707B7" w:rsidP="00D56411">
            <w:pPr>
              <w:spacing w:line="240" w:lineRule="auto"/>
              <w:jc w:val="center"/>
            </w:pPr>
            <w:r w:rsidRPr="003C4D27">
              <w:t>1</w:t>
            </w:r>
            <w:r w:rsidRPr="003C4D27">
              <w:t>人</w:t>
            </w:r>
          </w:p>
        </w:tc>
      </w:tr>
      <w:tr w:rsidR="009707B7" w:rsidRPr="003C4D27" w14:paraId="7C03D7D8" w14:textId="77777777" w:rsidTr="00D56411">
        <w:trPr>
          <w:jc w:val="center"/>
        </w:trPr>
        <w:tc>
          <w:tcPr>
            <w:tcW w:w="162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3CDF4ECA" w14:textId="77777777" w:rsidR="009707B7" w:rsidRPr="003C4D27" w:rsidRDefault="009707B7" w:rsidP="00D56411">
            <w:pPr>
              <w:spacing w:line="240" w:lineRule="auto"/>
              <w:jc w:val="center"/>
            </w:pPr>
            <w:proofErr w:type="spellStart"/>
            <w:r w:rsidRPr="003C4D27">
              <w:t>網毽</w:t>
            </w:r>
            <w:proofErr w:type="spellEnd"/>
          </w:p>
        </w:tc>
        <w:tc>
          <w:tcPr>
            <w:tcW w:w="576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5DDE7512" w14:textId="77777777" w:rsidR="009707B7" w:rsidRPr="003C4D27" w:rsidRDefault="009707B7" w:rsidP="00D56411">
            <w:pPr>
              <w:spacing w:line="240" w:lineRule="auto"/>
              <w:jc w:val="center"/>
            </w:pPr>
            <w:proofErr w:type="spellStart"/>
            <w:r w:rsidRPr="003C4D27">
              <w:t>雙人網毽</w:t>
            </w:r>
            <w:proofErr w:type="spellEnd"/>
          </w:p>
        </w:tc>
        <w:tc>
          <w:tcPr>
            <w:tcW w:w="162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3A3E1DA3" w14:textId="7CE4E2B2" w:rsidR="009707B7" w:rsidRPr="003C4D27" w:rsidRDefault="009707B7" w:rsidP="00D56411">
            <w:pPr>
              <w:spacing w:line="240" w:lineRule="auto"/>
              <w:jc w:val="center"/>
            </w:pPr>
            <w:r w:rsidRPr="003C4D27">
              <w:t>2</w:t>
            </w:r>
            <w:r w:rsidRPr="003C4D27">
              <w:t>人一組</w:t>
            </w:r>
          </w:p>
        </w:tc>
      </w:tr>
    </w:tbl>
    <w:p w14:paraId="3A7C6D4F" w14:textId="77777777" w:rsidR="00F91AC4" w:rsidRPr="003C4D27" w:rsidRDefault="00F91AC4" w:rsidP="00B54872">
      <w:pPr>
        <w:spacing w:line="240" w:lineRule="atLeast"/>
        <w:rPr>
          <w:lang w:eastAsia="zh-TW"/>
        </w:rPr>
      </w:pPr>
      <w:r w:rsidRPr="003C4D27">
        <w:rPr>
          <w:sz w:val="28"/>
          <w:szCs w:val="28"/>
          <w:lang w:eastAsia="zh-TW"/>
        </w:rPr>
        <w:t>備註：</w:t>
      </w:r>
    </w:p>
    <w:p w14:paraId="527A42A5" w14:textId="77777777" w:rsidR="00F91AC4" w:rsidRPr="003C4D27" w:rsidRDefault="00F91AC4" w:rsidP="00B54872">
      <w:pPr>
        <w:numPr>
          <w:ilvl w:val="0"/>
          <w:numId w:val="11"/>
        </w:numPr>
        <w:spacing w:line="240" w:lineRule="atLeast"/>
        <w:contextualSpacing/>
        <w:rPr>
          <w:lang w:eastAsia="zh-TW"/>
        </w:rPr>
      </w:pPr>
      <w:r w:rsidRPr="003C4D27">
        <w:rPr>
          <w:sz w:val="28"/>
          <w:szCs w:val="28"/>
          <w:lang w:eastAsia="zh-TW"/>
        </w:rPr>
        <w:t>踢毽及陀螺項目因歷年參賽隊數較少，經整體評估後，本年度列為試辦項目。考量分別辦理北、中、南、東四區預賽之實務困難，兩項目仍依各區預賽報名方式受理報名，但不另行辦理各區預賽，統一辦理一次決賽。</w:t>
      </w:r>
    </w:p>
    <w:p w14:paraId="375B90B4" w14:textId="77777777" w:rsidR="00F91AC4" w:rsidRPr="00F91AC4" w:rsidRDefault="00F91AC4" w:rsidP="00B54872">
      <w:pPr>
        <w:numPr>
          <w:ilvl w:val="0"/>
          <w:numId w:val="11"/>
        </w:numPr>
        <w:spacing w:line="240" w:lineRule="atLeast"/>
        <w:contextualSpacing/>
        <w:rPr>
          <w:lang w:eastAsia="zh-TW"/>
        </w:rPr>
      </w:pPr>
      <w:r w:rsidRPr="003C4D27">
        <w:rPr>
          <w:sz w:val="28"/>
          <w:szCs w:val="28"/>
          <w:lang w:eastAsia="zh-TW"/>
        </w:rPr>
        <w:t>踢毽及陀螺試辦項目之比賽訂於</w:t>
      </w:r>
      <w:r w:rsidRPr="003C4D27">
        <w:rPr>
          <w:sz w:val="28"/>
          <w:szCs w:val="28"/>
          <w:lang w:eastAsia="zh-TW"/>
        </w:rPr>
        <w:t>115</w:t>
      </w:r>
      <w:r w:rsidRPr="003C4D27">
        <w:rPr>
          <w:sz w:val="28"/>
          <w:szCs w:val="28"/>
          <w:lang w:eastAsia="zh-TW"/>
        </w:rPr>
        <w:t>年</w:t>
      </w:r>
      <w:r w:rsidRPr="003C4D27">
        <w:rPr>
          <w:sz w:val="28"/>
          <w:szCs w:val="28"/>
          <w:lang w:eastAsia="zh-TW"/>
        </w:rPr>
        <w:t>12</w:t>
      </w:r>
      <w:r w:rsidRPr="003C4D27">
        <w:rPr>
          <w:sz w:val="28"/>
          <w:szCs w:val="28"/>
          <w:lang w:eastAsia="zh-TW"/>
        </w:rPr>
        <w:t>月</w:t>
      </w:r>
      <w:r w:rsidRPr="003C4D27">
        <w:rPr>
          <w:sz w:val="28"/>
          <w:szCs w:val="28"/>
          <w:lang w:eastAsia="zh-TW"/>
        </w:rPr>
        <w:t>4</w:t>
      </w:r>
      <w:r w:rsidRPr="003C4D27">
        <w:rPr>
          <w:sz w:val="28"/>
          <w:szCs w:val="28"/>
          <w:lang w:eastAsia="zh-TW"/>
        </w:rPr>
        <w:t>日（星期五）舉行；實際賽程將於報名截止及彙整參賽情形後另行公告。本年度試辦成果及整體報名情形，將作為後續賽制滾動式修正之依據。請踢毽及陀螺項目各參賽團體注意並配合辦理。</w:t>
      </w:r>
    </w:p>
    <w:p w14:paraId="4ECB1E49" w14:textId="77777777" w:rsidR="00A51273" w:rsidRPr="003C4D27" w:rsidRDefault="00D80BF8" w:rsidP="00B54872">
      <w:pPr>
        <w:spacing w:line="240" w:lineRule="atLeast"/>
        <w:ind w:leftChars="1" w:left="285" w:hangingChars="101" w:hanging="283"/>
        <w:contextualSpacing/>
        <w:rPr>
          <w:lang w:eastAsia="zh-TW"/>
        </w:rPr>
      </w:pPr>
      <w:r>
        <w:rPr>
          <w:rFonts w:hint="eastAsia"/>
          <w:sz w:val="28"/>
          <w:szCs w:val="28"/>
          <w:lang w:eastAsia="zh-TW"/>
        </w:rPr>
        <w:t>◎</w:t>
      </w:r>
      <w:bookmarkEnd w:id="4"/>
      <w:r w:rsidR="00A51273" w:rsidRPr="003C4D27">
        <w:rPr>
          <w:sz w:val="28"/>
          <w:szCs w:val="28"/>
          <w:lang w:eastAsia="zh-TW"/>
        </w:rPr>
        <w:t>各競賽細項實際開設之競賽組別，依本規程規定；未開設之組別不受理報名。</w:t>
      </w:r>
    </w:p>
    <w:p w14:paraId="6155A8A4" w14:textId="77777777" w:rsidR="00CE6D25" w:rsidRPr="003C4D27" w:rsidRDefault="00CE6D25" w:rsidP="006318FA">
      <w:pPr>
        <w:rPr>
          <w:lang w:eastAsia="zh-TW"/>
        </w:rPr>
      </w:pPr>
      <w:bookmarkStart w:id="5" w:name="_Hlk241397329"/>
      <w:r w:rsidRPr="003C4D27">
        <w:rPr>
          <w:sz w:val="28"/>
          <w:szCs w:val="28"/>
          <w:lang w:eastAsia="zh-TW"/>
        </w:rPr>
        <w:t>十、報名：</w:t>
      </w:r>
    </w:p>
    <w:p w14:paraId="2E33786A" w14:textId="77777777" w:rsidR="00D80BF8" w:rsidRPr="003C4D27" w:rsidRDefault="00D80BF8" w:rsidP="00D80BF8">
      <w:pPr>
        <w:spacing w:line="240" w:lineRule="auto"/>
        <w:ind w:leftChars="119" w:left="1134" w:hangingChars="303" w:hanging="848"/>
        <w:jc w:val="both"/>
        <w:rPr>
          <w:lang w:eastAsia="zh-TW"/>
        </w:rPr>
      </w:pPr>
      <w:r w:rsidRPr="003C4D27">
        <w:rPr>
          <w:sz w:val="28"/>
          <w:szCs w:val="28"/>
          <w:lang w:eastAsia="zh-TW"/>
        </w:rPr>
        <w:t>（一）報名日期：中區預賽因期程緊迫，自</w:t>
      </w:r>
      <w:r w:rsidRPr="003C4D27">
        <w:rPr>
          <w:sz w:val="28"/>
          <w:szCs w:val="28"/>
          <w:lang w:eastAsia="zh-TW"/>
        </w:rPr>
        <w:t>115</w:t>
      </w:r>
      <w:r w:rsidRPr="003C4D27">
        <w:rPr>
          <w:sz w:val="28"/>
          <w:szCs w:val="28"/>
          <w:lang w:eastAsia="zh-TW"/>
        </w:rPr>
        <w:t>年</w:t>
      </w:r>
      <w:r w:rsidRPr="003C4D27">
        <w:rPr>
          <w:sz w:val="28"/>
          <w:szCs w:val="28"/>
          <w:lang w:eastAsia="zh-TW"/>
        </w:rPr>
        <w:t>10</w:t>
      </w:r>
      <w:r w:rsidRPr="003C4D27">
        <w:rPr>
          <w:sz w:val="28"/>
          <w:szCs w:val="28"/>
          <w:lang w:eastAsia="zh-TW"/>
        </w:rPr>
        <w:t>月</w:t>
      </w:r>
      <w:r w:rsidRPr="003C4D27">
        <w:rPr>
          <w:sz w:val="28"/>
          <w:szCs w:val="28"/>
          <w:lang w:eastAsia="zh-TW"/>
        </w:rPr>
        <w:t>5</w:t>
      </w:r>
      <w:r w:rsidRPr="003C4D27">
        <w:rPr>
          <w:sz w:val="28"/>
          <w:szCs w:val="28"/>
          <w:lang w:eastAsia="zh-TW"/>
        </w:rPr>
        <w:t>日（星期一）起至</w:t>
      </w:r>
      <w:r w:rsidRPr="003C4D27">
        <w:rPr>
          <w:sz w:val="28"/>
          <w:szCs w:val="28"/>
          <w:lang w:eastAsia="zh-TW"/>
        </w:rPr>
        <w:t>10</w:t>
      </w:r>
      <w:r w:rsidRPr="003C4D27">
        <w:rPr>
          <w:sz w:val="28"/>
          <w:szCs w:val="28"/>
          <w:lang w:eastAsia="zh-TW"/>
        </w:rPr>
        <w:t>月</w:t>
      </w:r>
      <w:r w:rsidRPr="003C4D27">
        <w:rPr>
          <w:sz w:val="28"/>
          <w:szCs w:val="28"/>
          <w:lang w:eastAsia="zh-TW"/>
        </w:rPr>
        <w:t>16</w:t>
      </w:r>
      <w:r w:rsidRPr="003C4D27">
        <w:rPr>
          <w:sz w:val="28"/>
          <w:szCs w:val="28"/>
          <w:lang w:eastAsia="zh-TW"/>
        </w:rPr>
        <w:t>日（星期五）止；其餘北區、南區及東區預賽，自</w:t>
      </w:r>
      <w:r w:rsidRPr="003C4D27">
        <w:rPr>
          <w:sz w:val="28"/>
          <w:szCs w:val="28"/>
          <w:lang w:eastAsia="zh-TW"/>
        </w:rPr>
        <w:t>115</w:t>
      </w:r>
      <w:r w:rsidRPr="003C4D27">
        <w:rPr>
          <w:sz w:val="28"/>
          <w:szCs w:val="28"/>
          <w:lang w:eastAsia="zh-TW"/>
        </w:rPr>
        <w:t>年</w:t>
      </w:r>
      <w:r w:rsidRPr="003C4D27">
        <w:rPr>
          <w:sz w:val="28"/>
          <w:szCs w:val="28"/>
          <w:lang w:eastAsia="zh-TW"/>
        </w:rPr>
        <w:t>10</w:t>
      </w:r>
      <w:r w:rsidRPr="003C4D27">
        <w:rPr>
          <w:sz w:val="28"/>
          <w:szCs w:val="28"/>
          <w:lang w:eastAsia="zh-TW"/>
        </w:rPr>
        <w:t>月</w:t>
      </w:r>
      <w:r w:rsidRPr="003C4D27">
        <w:rPr>
          <w:sz w:val="28"/>
          <w:szCs w:val="28"/>
          <w:lang w:eastAsia="zh-TW"/>
        </w:rPr>
        <w:t>5</w:t>
      </w:r>
      <w:r w:rsidRPr="003C4D27">
        <w:rPr>
          <w:sz w:val="28"/>
          <w:szCs w:val="28"/>
          <w:lang w:eastAsia="zh-TW"/>
        </w:rPr>
        <w:t>日（星期一）起至</w:t>
      </w:r>
      <w:r w:rsidRPr="003C4D27">
        <w:rPr>
          <w:sz w:val="28"/>
          <w:szCs w:val="28"/>
          <w:lang w:eastAsia="zh-TW"/>
        </w:rPr>
        <w:t>10</w:t>
      </w:r>
      <w:r w:rsidRPr="003C4D27">
        <w:rPr>
          <w:sz w:val="28"/>
          <w:szCs w:val="28"/>
          <w:lang w:eastAsia="zh-TW"/>
        </w:rPr>
        <w:t>月</w:t>
      </w:r>
      <w:r w:rsidRPr="003C4D27">
        <w:rPr>
          <w:sz w:val="28"/>
          <w:szCs w:val="28"/>
          <w:lang w:eastAsia="zh-TW"/>
        </w:rPr>
        <w:t>23</w:t>
      </w:r>
      <w:r w:rsidRPr="003C4D27">
        <w:rPr>
          <w:sz w:val="28"/>
          <w:szCs w:val="28"/>
          <w:lang w:eastAsia="zh-TW"/>
        </w:rPr>
        <w:t>日（星期五）止。逾期概不受理。</w:t>
      </w:r>
    </w:p>
    <w:p w14:paraId="079F5660" w14:textId="77777777" w:rsidR="00CE6D25" w:rsidRPr="00D80BF8" w:rsidRDefault="00D80BF8" w:rsidP="00D80BF8">
      <w:pPr>
        <w:spacing w:line="240" w:lineRule="auto"/>
        <w:ind w:leftChars="119" w:left="1134" w:hangingChars="303" w:hanging="848"/>
        <w:jc w:val="both"/>
        <w:rPr>
          <w:lang w:eastAsia="zh-TW"/>
        </w:rPr>
      </w:pPr>
      <w:r w:rsidRPr="003C4D27">
        <w:rPr>
          <w:sz w:val="28"/>
          <w:szCs w:val="28"/>
          <w:lang w:eastAsia="zh-TW"/>
        </w:rPr>
        <w:lastRenderedPageBreak/>
        <w:t>（二）報名方式：本活動採網路報名。各參賽單位應於報名系統登錄參賽選手之姓名及出生年月日，作為投保及資格審查之依據；登錄資料不完整者，系統不予受理。</w:t>
      </w:r>
    </w:p>
    <w:p w14:paraId="06C14884" w14:textId="77777777" w:rsidR="00CE6D25" w:rsidRPr="003C4D27" w:rsidRDefault="00CE6D25" w:rsidP="00CE6D25">
      <w:pPr>
        <w:spacing w:line="240" w:lineRule="auto"/>
        <w:ind w:left="980" w:hanging="420"/>
        <w:jc w:val="both"/>
        <w:rPr>
          <w:lang w:eastAsia="zh-TW"/>
        </w:rPr>
      </w:pPr>
      <w:r w:rsidRPr="003C4D27">
        <w:rPr>
          <w:sz w:val="28"/>
          <w:szCs w:val="28"/>
          <w:lang w:eastAsia="zh-TW"/>
        </w:rPr>
        <w:t xml:space="preserve">1. </w:t>
      </w:r>
      <w:r w:rsidRPr="003C4D27">
        <w:rPr>
          <w:sz w:val="28"/>
          <w:szCs w:val="28"/>
          <w:lang w:eastAsia="zh-TW"/>
        </w:rPr>
        <w:t>資料登錄：請至「民俗運動發展中心網頁」</w:t>
      </w:r>
      <w:r w:rsidRPr="003C4D27">
        <w:rPr>
          <w:sz w:val="28"/>
          <w:szCs w:val="28"/>
          <w:lang w:eastAsia="zh-TW"/>
        </w:rPr>
        <w:t>115</w:t>
      </w:r>
      <w:r w:rsidRPr="003C4D27">
        <w:rPr>
          <w:sz w:val="28"/>
          <w:szCs w:val="28"/>
          <w:lang w:eastAsia="zh-TW"/>
        </w:rPr>
        <w:t>年活動專區所公告之報名系統，建立參賽單位帳號，完成所有競賽細項及選手資料登錄，並送出報名資料。</w:t>
      </w:r>
    </w:p>
    <w:p w14:paraId="4007A6CD" w14:textId="77777777" w:rsidR="00CE6D25" w:rsidRPr="003C4D27" w:rsidRDefault="00CE6D25" w:rsidP="00CE6D25">
      <w:pPr>
        <w:spacing w:line="240" w:lineRule="auto"/>
        <w:ind w:left="980" w:hanging="420"/>
        <w:jc w:val="both"/>
        <w:rPr>
          <w:lang w:eastAsia="zh-TW"/>
        </w:rPr>
      </w:pPr>
      <w:r w:rsidRPr="003C4D27">
        <w:rPr>
          <w:sz w:val="28"/>
          <w:szCs w:val="28"/>
          <w:lang w:eastAsia="zh-TW"/>
        </w:rPr>
        <w:t xml:space="preserve">2. </w:t>
      </w:r>
      <w:r w:rsidRPr="003C4D27">
        <w:rPr>
          <w:sz w:val="28"/>
          <w:szCs w:val="28"/>
          <w:lang w:eastAsia="zh-TW"/>
        </w:rPr>
        <w:t>文件產出：報名資料送出後，系統產生報名表及保險要保文件各一份，參賽單位應分別依下列方式辦理：</w:t>
      </w:r>
    </w:p>
    <w:p w14:paraId="0096DED1" w14:textId="77777777" w:rsidR="00CE6D25" w:rsidRPr="003C4D27" w:rsidRDefault="00CE6D25" w:rsidP="00CE6D25">
      <w:pPr>
        <w:spacing w:line="240" w:lineRule="auto"/>
        <w:ind w:left="1540" w:hanging="700"/>
        <w:jc w:val="both"/>
        <w:rPr>
          <w:lang w:eastAsia="zh-TW"/>
        </w:rPr>
      </w:pPr>
      <w:r w:rsidRPr="003C4D27">
        <w:rPr>
          <w:sz w:val="28"/>
          <w:szCs w:val="28"/>
          <w:lang w:eastAsia="zh-TW"/>
        </w:rPr>
        <w:t>(1)</w:t>
      </w:r>
      <w:r w:rsidRPr="003C4D27">
        <w:rPr>
          <w:sz w:val="28"/>
          <w:szCs w:val="28"/>
          <w:lang w:eastAsia="zh-TW"/>
        </w:rPr>
        <w:t>報名表：加蓋參賽單位關防或經負責人、領隊簽章後，掃描為</w:t>
      </w:r>
      <w:r w:rsidRPr="003C4D27">
        <w:rPr>
          <w:sz w:val="28"/>
          <w:szCs w:val="28"/>
          <w:lang w:eastAsia="zh-TW"/>
        </w:rPr>
        <w:t>PDF</w:t>
      </w:r>
      <w:r w:rsidRPr="003C4D27">
        <w:rPr>
          <w:sz w:val="28"/>
          <w:szCs w:val="28"/>
          <w:lang w:eastAsia="zh-TW"/>
        </w:rPr>
        <w:t>檔上傳報名系統，供承辦單位審查參賽資格。</w:t>
      </w:r>
    </w:p>
    <w:p w14:paraId="36EEB152" w14:textId="77777777" w:rsidR="00CE6D25" w:rsidRPr="00B425CF" w:rsidRDefault="00CE6D25" w:rsidP="00CE6D25">
      <w:pPr>
        <w:spacing w:line="240" w:lineRule="auto"/>
        <w:ind w:left="1540" w:hanging="700"/>
        <w:jc w:val="both"/>
        <w:rPr>
          <w:b/>
          <w:bCs/>
          <w:lang w:eastAsia="zh-TW"/>
        </w:rPr>
      </w:pPr>
      <w:r w:rsidRPr="003C4D27">
        <w:rPr>
          <w:sz w:val="28"/>
          <w:szCs w:val="28"/>
          <w:lang w:eastAsia="zh-TW"/>
        </w:rPr>
        <w:t>(2)</w:t>
      </w:r>
      <w:r w:rsidRPr="003C4D27">
        <w:rPr>
          <w:sz w:val="28"/>
          <w:szCs w:val="28"/>
          <w:lang w:eastAsia="zh-TW"/>
        </w:rPr>
        <w:t>保險要保文件：參賽選手應依報名系統規定，完成由國泰人壽受理之傷害保險投保資料及必要個人資料填寫；經簽名後，依公告方式送交保險公司。未成年選手應具本人簽名及法定代理人簽名。</w:t>
      </w:r>
      <w:r w:rsidRPr="00B425CF">
        <w:rPr>
          <w:b/>
          <w:bCs/>
          <w:sz w:val="28"/>
          <w:szCs w:val="28"/>
          <w:lang w:eastAsia="zh-TW"/>
        </w:rPr>
        <w:t>(</w:t>
      </w:r>
      <w:r w:rsidRPr="00B425CF">
        <w:rPr>
          <w:b/>
          <w:bCs/>
          <w:sz w:val="28"/>
          <w:szCs w:val="28"/>
          <w:lang w:eastAsia="zh-TW"/>
        </w:rPr>
        <w:t>保險簽名資料，請各團隊收集後統一寄送，切勿個別寄送，否則無法完成報名</w:t>
      </w:r>
      <w:r w:rsidRPr="00B425CF">
        <w:rPr>
          <w:b/>
          <w:bCs/>
          <w:sz w:val="28"/>
          <w:szCs w:val="28"/>
          <w:lang w:eastAsia="zh-TW"/>
        </w:rPr>
        <w:t>)</w:t>
      </w:r>
    </w:p>
    <w:p w14:paraId="7E1575DF" w14:textId="77777777" w:rsidR="00D80BF8" w:rsidRPr="003C4D27" w:rsidRDefault="00D80BF8" w:rsidP="00D80BF8">
      <w:pPr>
        <w:spacing w:line="240" w:lineRule="auto"/>
        <w:ind w:left="1134" w:hanging="854"/>
        <w:jc w:val="both"/>
        <w:rPr>
          <w:lang w:eastAsia="zh-TW"/>
        </w:rPr>
      </w:pPr>
      <w:r w:rsidRPr="003C4D27">
        <w:rPr>
          <w:sz w:val="28"/>
          <w:szCs w:val="28"/>
          <w:lang w:eastAsia="zh-TW"/>
        </w:rPr>
        <w:t>（三）完成報名之認定：報名表經承辦單位審核通過，且保險要保文件經保險公司收件，始完成報名程序。二者有一未完成者，視為報名不成功，不得參賽。審核結果以</w:t>
      </w:r>
      <w:r w:rsidRPr="003C4D27">
        <w:rPr>
          <w:sz w:val="28"/>
          <w:szCs w:val="28"/>
          <w:lang w:eastAsia="zh-TW"/>
        </w:rPr>
        <w:t>E-mail</w:t>
      </w:r>
      <w:r w:rsidRPr="003C4D27">
        <w:rPr>
          <w:sz w:val="28"/>
          <w:szCs w:val="28"/>
          <w:lang w:eastAsia="zh-TW"/>
        </w:rPr>
        <w:t>回覆為準。</w:t>
      </w:r>
    </w:p>
    <w:p w14:paraId="1857E493" w14:textId="77777777" w:rsidR="00D80BF8" w:rsidRPr="003C4D27" w:rsidRDefault="00D80BF8" w:rsidP="00D80BF8">
      <w:pPr>
        <w:spacing w:line="240" w:lineRule="auto"/>
        <w:ind w:left="1134" w:hanging="854"/>
        <w:jc w:val="both"/>
        <w:rPr>
          <w:lang w:eastAsia="zh-TW"/>
        </w:rPr>
      </w:pPr>
      <w:r w:rsidRPr="0072306C">
        <w:rPr>
          <w:sz w:val="28"/>
          <w:lang w:eastAsia="zh-TW"/>
        </w:rPr>
        <w:t>（四）報名組數上限：各競賽細項各組之個人、雙人及團體報名，採優先報名制；達各單項競賽規程或報名系統公告之人數或組數上限時，即關閉該組別報名。為確保參賽資源均等，各參賽單位不得以不實、重複或其他不當方式占用名額；違者，大會得取消超額或不當報名資格。各區開放名額，大會得依場地與賽程容量調整。</w:t>
      </w:r>
    </w:p>
    <w:p w14:paraId="7EE898EA" w14:textId="77777777" w:rsidR="00CE6D25" w:rsidRPr="00D80BF8" w:rsidRDefault="00D80BF8" w:rsidP="00D80BF8">
      <w:pPr>
        <w:spacing w:line="240" w:lineRule="auto"/>
        <w:ind w:left="1134" w:hanging="854"/>
        <w:jc w:val="both"/>
        <w:rPr>
          <w:lang w:eastAsia="zh-TW"/>
        </w:rPr>
      </w:pPr>
      <w:r w:rsidRPr="003C4D27">
        <w:rPr>
          <w:sz w:val="28"/>
          <w:szCs w:val="28"/>
          <w:lang w:eastAsia="zh-TW"/>
        </w:rPr>
        <w:t>（五）相關期限：報名表上傳截止日期、保險要保文件送件期限及補正期限，於報名開始前公告。</w:t>
      </w:r>
    </w:p>
    <w:p w14:paraId="3C3F4E15" w14:textId="77777777" w:rsidR="00CE6D25" w:rsidRPr="003C4D27" w:rsidRDefault="00CE6D25" w:rsidP="00D80BF8">
      <w:pPr>
        <w:spacing w:afterLines="50" w:after="120" w:line="240" w:lineRule="auto"/>
        <w:ind w:left="2518" w:hanging="2240"/>
        <w:jc w:val="both"/>
      </w:pPr>
      <w:r w:rsidRPr="003C4D27">
        <w:rPr>
          <w:sz w:val="28"/>
          <w:szCs w:val="28"/>
        </w:rPr>
        <w:t>（</w:t>
      </w:r>
      <w:proofErr w:type="spellStart"/>
      <w:r w:rsidRPr="003C4D27">
        <w:rPr>
          <w:sz w:val="28"/>
          <w:szCs w:val="28"/>
        </w:rPr>
        <w:t>六）重要期程</w:t>
      </w:r>
      <w:proofErr w:type="spellEnd"/>
      <w:r w:rsidRPr="003C4D27">
        <w:rPr>
          <w:sz w:val="28"/>
          <w:szCs w:val="28"/>
        </w:rPr>
        <w:t>：</w:t>
      </w:r>
    </w:p>
    <w:tbl>
      <w:tblPr>
        <w:tblStyle w:val="aff2"/>
        <w:tblW w:w="5000" w:type="pct"/>
        <w:jc w:val="center"/>
        <w:tblLook w:val="04A0" w:firstRow="1" w:lastRow="0" w:firstColumn="1" w:lastColumn="0" w:noHBand="0" w:noVBand="1"/>
      </w:tblPr>
      <w:tblGrid>
        <w:gridCol w:w="3464"/>
        <w:gridCol w:w="6158"/>
      </w:tblGrid>
      <w:tr w:rsidR="00CE6D25" w:rsidRPr="003C4D27" w14:paraId="2A7E36D6" w14:textId="77777777" w:rsidTr="006318FA">
        <w:trPr>
          <w:trHeight w:val="491"/>
          <w:tblHeader/>
          <w:jc w:val="center"/>
        </w:trPr>
        <w:tc>
          <w:tcPr>
            <w:tcW w:w="3240" w:type="dxa"/>
            <w:tcBorders>
              <w:top w:val="single" w:sz="6" w:space="0" w:color="BFBFBF"/>
              <w:left w:val="single" w:sz="6" w:space="0" w:color="BFBFBF"/>
              <w:bottom w:val="single" w:sz="6" w:space="0" w:color="BFBFBF"/>
              <w:right w:val="single" w:sz="6" w:space="0" w:color="BFBFBF"/>
            </w:tcBorders>
            <w:shd w:val="clear" w:color="auto" w:fill="1F4E78"/>
            <w:tcMar>
              <w:top w:w="55" w:type="dxa"/>
              <w:left w:w="80" w:type="dxa"/>
              <w:bottom w:w="55" w:type="dxa"/>
              <w:right w:w="80" w:type="dxa"/>
            </w:tcMar>
            <w:vAlign w:val="center"/>
          </w:tcPr>
          <w:p w14:paraId="63A345E2" w14:textId="77777777" w:rsidR="00CE6D25" w:rsidRPr="003C4D27" w:rsidRDefault="00CE6D25" w:rsidP="00D511AE">
            <w:pPr>
              <w:spacing w:line="240" w:lineRule="auto"/>
              <w:jc w:val="center"/>
            </w:pPr>
            <w:proofErr w:type="spellStart"/>
            <w:r w:rsidRPr="003C4D27">
              <w:rPr>
                <w:b/>
                <w:color w:val="FFFFFF"/>
              </w:rPr>
              <w:t>日期</w:t>
            </w:r>
            <w:proofErr w:type="spellEnd"/>
          </w:p>
        </w:tc>
        <w:tc>
          <w:tcPr>
            <w:tcW w:w="5760" w:type="dxa"/>
            <w:tcBorders>
              <w:top w:val="single" w:sz="6" w:space="0" w:color="BFBFBF"/>
              <w:left w:val="single" w:sz="6" w:space="0" w:color="BFBFBF"/>
              <w:bottom w:val="single" w:sz="6" w:space="0" w:color="BFBFBF"/>
              <w:right w:val="single" w:sz="6" w:space="0" w:color="BFBFBF"/>
            </w:tcBorders>
            <w:shd w:val="clear" w:color="auto" w:fill="1F4E78"/>
            <w:tcMar>
              <w:top w:w="55" w:type="dxa"/>
              <w:left w:w="80" w:type="dxa"/>
              <w:bottom w:w="55" w:type="dxa"/>
              <w:right w:w="80" w:type="dxa"/>
            </w:tcMar>
            <w:vAlign w:val="center"/>
          </w:tcPr>
          <w:p w14:paraId="09BCC92B" w14:textId="77777777" w:rsidR="00CE6D25" w:rsidRPr="003C4D27" w:rsidRDefault="00CE6D25" w:rsidP="00D511AE">
            <w:pPr>
              <w:spacing w:line="240" w:lineRule="auto"/>
              <w:jc w:val="center"/>
            </w:pPr>
            <w:proofErr w:type="spellStart"/>
            <w:r w:rsidRPr="003C4D27">
              <w:rPr>
                <w:b/>
                <w:color w:val="FFFFFF"/>
              </w:rPr>
              <w:t>事項</w:t>
            </w:r>
            <w:proofErr w:type="spellEnd"/>
          </w:p>
        </w:tc>
      </w:tr>
      <w:tr w:rsidR="00CE6D25" w:rsidRPr="003C4D27" w14:paraId="4ACFD88F" w14:textId="77777777" w:rsidTr="006318FA">
        <w:trPr>
          <w:trHeight w:val="455"/>
          <w:jc w:val="center"/>
        </w:trPr>
        <w:tc>
          <w:tcPr>
            <w:tcW w:w="324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470A7CC5" w14:textId="77777777" w:rsidR="00CE6D25" w:rsidRPr="003C4D27" w:rsidRDefault="00CE6D25" w:rsidP="00D511AE">
            <w:pPr>
              <w:spacing w:line="240" w:lineRule="auto"/>
            </w:pPr>
            <w:r w:rsidRPr="003C4D27">
              <w:t>115/10/5-115/10/16</w:t>
            </w:r>
          </w:p>
        </w:tc>
        <w:tc>
          <w:tcPr>
            <w:tcW w:w="576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786160EA" w14:textId="77777777" w:rsidR="00CE6D25" w:rsidRPr="003C4D27" w:rsidRDefault="00CE6D25" w:rsidP="00D511AE">
            <w:pPr>
              <w:spacing w:line="240" w:lineRule="auto"/>
            </w:pPr>
            <w:proofErr w:type="spellStart"/>
            <w:r w:rsidRPr="003C4D27">
              <w:t>中區預賽報名時間</w:t>
            </w:r>
            <w:proofErr w:type="spellEnd"/>
          </w:p>
        </w:tc>
      </w:tr>
      <w:tr w:rsidR="00CE6D25" w:rsidRPr="003C4D27" w14:paraId="37AAE2BA" w14:textId="77777777" w:rsidTr="006318FA">
        <w:trPr>
          <w:trHeight w:val="455"/>
          <w:jc w:val="center"/>
        </w:trPr>
        <w:tc>
          <w:tcPr>
            <w:tcW w:w="324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22B3C0FD" w14:textId="77777777" w:rsidR="00CE6D25" w:rsidRPr="003C4D27" w:rsidRDefault="00CE6D25" w:rsidP="00D511AE">
            <w:pPr>
              <w:spacing w:line="240" w:lineRule="auto"/>
            </w:pPr>
            <w:r w:rsidRPr="003C4D27">
              <w:t>115/10/5-115/10/23</w:t>
            </w:r>
          </w:p>
        </w:tc>
        <w:tc>
          <w:tcPr>
            <w:tcW w:w="576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64FF77FC" w14:textId="77777777" w:rsidR="00CE6D25" w:rsidRPr="003C4D27" w:rsidRDefault="00CE6D25" w:rsidP="00D511AE">
            <w:pPr>
              <w:spacing w:line="240" w:lineRule="auto"/>
              <w:rPr>
                <w:lang w:eastAsia="zh-TW"/>
              </w:rPr>
            </w:pPr>
            <w:r w:rsidRPr="003C4D27">
              <w:rPr>
                <w:lang w:eastAsia="zh-TW"/>
              </w:rPr>
              <w:t>北區、南區及東區預賽報名時間</w:t>
            </w:r>
          </w:p>
        </w:tc>
      </w:tr>
      <w:tr w:rsidR="00CE6D25" w:rsidRPr="003C4D27" w14:paraId="2A4D0984" w14:textId="77777777" w:rsidTr="006318FA">
        <w:trPr>
          <w:trHeight w:val="455"/>
          <w:jc w:val="center"/>
        </w:trPr>
        <w:tc>
          <w:tcPr>
            <w:tcW w:w="324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31C8CDCA" w14:textId="77777777" w:rsidR="00CE6D25" w:rsidRPr="003C4D27" w:rsidRDefault="00CE6D25" w:rsidP="00D511AE">
            <w:pPr>
              <w:spacing w:line="240" w:lineRule="auto"/>
            </w:pPr>
            <w:r w:rsidRPr="003C4D27">
              <w:t>115/10/31-115/11/22</w:t>
            </w:r>
          </w:p>
        </w:tc>
        <w:tc>
          <w:tcPr>
            <w:tcW w:w="576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7F8B9E83" w14:textId="77777777" w:rsidR="00CE6D25" w:rsidRPr="003C4D27" w:rsidRDefault="00CE6D25" w:rsidP="00D511AE">
            <w:pPr>
              <w:spacing w:line="240" w:lineRule="auto"/>
            </w:pPr>
            <w:proofErr w:type="spellStart"/>
            <w:r w:rsidRPr="003C4D27">
              <w:t>四區預賽</w:t>
            </w:r>
            <w:proofErr w:type="spellEnd"/>
          </w:p>
        </w:tc>
      </w:tr>
      <w:tr w:rsidR="00CE6D25" w:rsidRPr="003C4D27" w14:paraId="707E0302" w14:textId="77777777" w:rsidTr="006318FA">
        <w:trPr>
          <w:trHeight w:val="455"/>
          <w:jc w:val="center"/>
        </w:trPr>
        <w:tc>
          <w:tcPr>
            <w:tcW w:w="324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6872E597" w14:textId="77777777" w:rsidR="00CE6D25" w:rsidRPr="003C4D27" w:rsidRDefault="00CE6D25" w:rsidP="00D511AE">
            <w:pPr>
              <w:spacing w:line="240" w:lineRule="auto"/>
            </w:pPr>
            <w:r w:rsidRPr="003C4D27">
              <w:lastRenderedPageBreak/>
              <w:t>各區預賽結束後</w:t>
            </w:r>
            <w:r w:rsidRPr="003C4D27">
              <w:t>7</w:t>
            </w:r>
            <w:r w:rsidRPr="003C4D27">
              <w:t>日內</w:t>
            </w:r>
          </w:p>
        </w:tc>
        <w:tc>
          <w:tcPr>
            <w:tcW w:w="576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1ADECD7D" w14:textId="77777777" w:rsidR="00CE6D25" w:rsidRPr="003C4D27" w:rsidRDefault="00CE6D25" w:rsidP="00D511AE">
            <w:pPr>
              <w:spacing w:line="240" w:lineRule="auto"/>
              <w:rPr>
                <w:lang w:eastAsia="zh-TW"/>
              </w:rPr>
            </w:pPr>
            <w:r w:rsidRPr="003C4D27">
              <w:rPr>
                <w:lang w:eastAsia="zh-TW"/>
              </w:rPr>
              <w:t>入選全國決賽名單公告</w:t>
            </w:r>
          </w:p>
        </w:tc>
      </w:tr>
      <w:tr w:rsidR="00CE6D25" w:rsidRPr="003C4D27" w14:paraId="53CE846F" w14:textId="77777777" w:rsidTr="006318FA">
        <w:trPr>
          <w:trHeight w:val="455"/>
          <w:jc w:val="center"/>
        </w:trPr>
        <w:tc>
          <w:tcPr>
            <w:tcW w:w="324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2D465252" w14:textId="77777777" w:rsidR="00CE6D25" w:rsidRPr="003C4D27" w:rsidRDefault="00CE6D25" w:rsidP="00D511AE">
            <w:pPr>
              <w:spacing w:line="240" w:lineRule="auto"/>
            </w:pPr>
            <w:r w:rsidRPr="003C4D27">
              <w:t>115/12/4-115/12/6</w:t>
            </w:r>
          </w:p>
        </w:tc>
        <w:tc>
          <w:tcPr>
            <w:tcW w:w="5760" w:type="dxa"/>
            <w:tcBorders>
              <w:top w:val="single" w:sz="6" w:space="0" w:color="BFBFBF"/>
              <w:left w:val="single" w:sz="6" w:space="0" w:color="BFBFBF"/>
              <w:bottom w:val="single" w:sz="6" w:space="0" w:color="BFBFBF"/>
              <w:right w:val="single" w:sz="6" w:space="0" w:color="BFBFBF"/>
            </w:tcBorders>
            <w:tcMar>
              <w:top w:w="55" w:type="dxa"/>
              <w:left w:w="80" w:type="dxa"/>
              <w:bottom w:w="55" w:type="dxa"/>
              <w:right w:w="80" w:type="dxa"/>
            </w:tcMar>
            <w:vAlign w:val="center"/>
          </w:tcPr>
          <w:p w14:paraId="7DD0F185" w14:textId="77777777" w:rsidR="00CE6D25" w:rsidRPr="003C4D27" w:rsidRDefault="00CE6D25" w:rsidP="00D511AE">
            <w:pPr>
              <w:spacing w:line="240" w:lineRule="auto"/>
            </w:pPr>
            <w:proofErr w:type="spellStart"/>
            <w:r w:rsidRPr="003C4D27">
              <w:t>全國決賽</w:t>
            </w:r>
            <w:proofErr w:type="spellEnd"/>
          </w:p>
        </w:tc>
      </w:tr>
      <w:tr w:rsidR="00CE6D25" w:rsidRPr="003C4D27" w14:paraId="395AA91C" w14:textId="77777777" w:rsidTr="006318FA">
        <w:trPr>
          <w:trHeight w:val="455"/>
          <w:jc w:val="center"/>
        </w:trPr>
        <w:tc>
          <w:tcPr>
            <w:tcW w:w="324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34BB7FC0" w14:textId="77777777" w:rsidR="00CE6D25" w:rsidRPr="003C4D27" w:rsidRDefault="00CE6D25" w:rsidP="00D511AE">
            <w:pPr>
              <w:spacing w:line="240" w:lineRule="auto"/>
            </w:pPr>
            <w:r w:rsidRPr="003C4D27">
              <w:t>115/12/5 10:30</w:t>
            </w:r>
          </w:p>
        </w:tc>
        <w:tc>
          <w:tcPr>
            <w:tcW w:w="5760" w:type="dxa"/>
            <w:tcBorders>
              <w:top w:val="single" w:sz="6" w:space="0" w:color="BFBFBF"/>
              <w:left w:val="single" w:sz="6" w:space="0" w:color="BFBFBF"/>
              <w:bottom w:val="single" w:sz="6" w:space="0" w:color="BFBFBF"/>
              <w:right w:val="single" w:sz="6" w:space="0" w:color="BFBFBF"/>
            </w:tcBorders>
            <w:shd w:val="clear" w:color="auto" w:fill="F8FBFE"/>
            <w:tcMar>
              <w:top w:w="55" w:type="dxa"/>
              <w:left w:w="80" w:type="dxa"/>
              <w:bottom w:w="55" w:type="dxa"/>
              <w:right w:w="80" w:type="dxa"/>
            </w:tcMar>
            <w:vAlign w:val="center"/>
          </w:tcPr>
          <w:p w14:paraId="1820B208" w14:textId="77777777" w:rsidR="00CE6D25" w:rsidRPr="003C4D27" w:rsidRDefault="00CE6D25" w:rsidP="00D511AE">
            <w:pPr>
              <w:spacing w:line="240" w:lineRule="auto"/>
              <w:rPr>
                <w:lang w:eastAsia="zh-TW"/>
              </w:rPr>
            </w:pPr>
            <w:r w:rsidRPr="003C4D27">
              <w:rPr>
                <w:lang w:eastAsia="zh-TW"/>
              </w:rPr>
              <w:t>開幕典禮於國立臺南大學舉行</w:t>
            </w:r>
          </w:p>
        </w:tc>
      </w:tr>
    </w:tbl>
    <w:p w14:paraId="5BF13C79" w14:textId="19E292CB" w:rsidR="00C768CE" w:rsidRPr="003C4D27" w:rsidRDefault="00C768CE" w:rsidP="006318FA">
      <w:pPr>
        <w:rPr>
          <w:lang w:eastAsia="zh-TW"/>
        </w:rPr>
      </w:pPr>
      <w:r w:rsidRPr="003C4D27">
        <w:rPr>
          <w:sz w:val="28"/>
          <w:szCs w:val="28"/>
          <w:lang w:eastAsia="zh-TW"/>
        </w:rPr>
        <w:t>十</w:t>
      </w:r>
      <w:r w:rsidR="0072306C">
        <w:rPr>
          <w:rFonts w:hint="eastAsia"/>
          <w:sz w:val="28"/>
          <w:szCs w:val="28"/>
          <w:lang w:eastAsia="zh-TW"/>
        </w:rPr>
        <w:t>一</w:t>
      </w:r>
      <w:r w:rsidRPr="003C4D27">
        <w:rPr>
          <w:sz w:val="28"/>
          <w:szCs w:val="28"/>
          <w:lang w:eastAsia="zh-TW"/>
        </w:rPr>
        <w:t>、保險：</w:t>
      </w:r>
    </w:p>
    <w:p w14:paraId="50A9D6DB" w14:textId="260498F6" w:rsidR="00C768CE" w:rsidRPr="003C4D27" w:rsidRDefault="00C768CE" w:rsidP="00C768CE">
      <w:pPr>
        <w:spacing w:line="240" w:lineRule="auto"/>
        <w:ind w:left="1134" w:hanging="850"/>
        <w:jc w:val="both"/>
        <w:rPr>
          <w:lang w:eastAsia="zh-TW"/>
        </w:rPr>
      </w:pPr>
      <w:r w:rsidRPr="003C4D27">
        <w:rPr>
          <w:sz w:val="28"/>
          <w:szCs w:val="28"/>
          <w:lang w:eastAsia="zh-TW"/>
        </w:rPr>
        <w:t>（一）大會投保：大會依契約及核定計畫，為規定之參加人員辦理公共意外責任險及</w:t>
      </w:r>
      <w:r w:rsidR="00B425CF" w:rsidRPr="00D764A1">
        <w:rPr>
          <w:rFonts w:hint="eastAsia"/>
          <w:sz w:val="28"/>
          <w:szCs w:val="28"/>
          <w:lang w:eastAsia="zh-TW"/>
        </w:rPr>
        <w:t>健康、</w:t>
      </w:r>
      <w:r w:rsidRPr="003C4D27">
        <w:rPr>
          <w:sz w:val="28"/>
          <w:szCs w:val="28"/>
          <w:lang w:eastAsia="zh-TW"/>
        </w:rPr>
        <w:t>傷害保險。</w:t>
      </w:r>
    </w:p>
    <w:p w14:paraId="1EA474CA" w14:textId="77777777" w:rsidR="006318FA" w:rsidRDefault="00C768CE" w:rsidP="006318FA">
      <w:pPr>
        <w:adjustRightInd w:val="0"/>
        <w:spacing w:line="240" w:lineRule="auto"/>
        <w:ind w:left="1135" w:hanging="851"/>
        <w:jc w:val="both"/>
        <w:rPr>
          <w:sz w:val="28"/>
          <w:szCs w:val="28"/>
          <w:lang w:eastAsia="zh-TW"/>
        </w:rPr>
      </w:pPr>
      <w:r w:rsidRPr="003C4D27">
        <w:rPr>
          <w:sz w:val="28"/>
          <w:szCs w:val="28"/>
          <w:lang w:eastAsia="zh-TW"/>
        </w:rPr>
        <w:t>（二）投保資料：投保以報名時登錄之選手姓名及出生年月日辦理。登錄資料錯誤致無法完成投保者，其責任由參賽單位自負。</w:t>
      </w:r>
    </w:p>
    <w:p w14:paraId="26212C12" w14:textId="77777777" w:rsidR="00C768CE" w:rsidRPr="006318FA" w:rsidRDefault="00C768CE" w:rsidP="006318FA">
      <w:pPr>
        <w:adjustRightInd w:val="0"/>
        <w:spacing w:line="240" w:lineRule="auto"/>
        <w:ind w:left="1135" w:hanging="851"/>
        <w:jc w:val="both"/>
        <w:rPr>
          <w:sz w:val="28"/>
          <w:szCs w:val="28"/>
          <w:lang w:eastAsia="zh-TW"/>
        </w:rPr>
      </w:pPr>
      <w:r w:rsidRPr="003C4D27">
        <w:rPr>
          <w:sz w:val="28"/>
          <w:szCs w:val="28"/>
          <w:lang w:eastAsia="zh-TW"/>
        </w:rPr>
        <w:t>（三）報名階段投保：參賽單位應依保險要保說明等規定，將系統產生之保險要保文件簽名後送交保險公司。保險要保文件未經保險公司收件者，視為預賽報名手續未完成，預賽報名不成功，不得參賽。</w:t>
      </w:r>
    </w:p>
    <w:p w14:paraId="61A47B57" w14:textId="77777777" w:rsidR="00C768CE" w:rsidRPr="003C4D27" w:rsidRDefault="00C768CE" w:rsidP="00C768CE">
      <w:pPr>
        <w:spacing w:line="240" w:lineRule="auto"/>
        <w:ind w:left="1134" w:hanging="850"/>
        <w:jc w:val="both"/>
        <w:rPr>
          <w:lang w:eastAsia="zh-TW"/>
        </w:rPr>
      </w:pPr>
      <w:r w:rsidRPr="003C4D27">
        <w:rPr>
          <w:sz w:val="28"/>
          <w:szCs w:val="28"/>
          <w:lang w:eastAsia="zh-TW"/>
        </w:rPr>
        <w:t>（四）全國決賽投保：</w:t>
      </w:r>
      <w:r w:rsidR="00003E33" w:rsidRPr="003C4D27">
        <w:rPr>
          <w:sz w:val="28"/>
          <w:szCs w:val="28"/>
          <w:lang w:eastAsia="zh-TW"/>
        </w:rPr>
        <w:t>直接進入全國決賽</w:t>
      </w:r>
      <w:r w:rsidR="00003E33">
        <w:rPr>
          <w:rFonts w:hint="eastAsia"/>
          <w:sz w:val="28"/>
          <w:szCs w:val="28"/>
          <w:lang w:eastAsia="zh-TW"/>
        </w:rPr>
        <w:t>不需重複填寫</w:t>
      </w:r>
      <w:r w:rsidRPr="003C4D27">
        <w:rPr>
          <w:sz w:val="28"/>
          <w:szCs w:val="28"/>
          <w:lang w:eastAsia="zh-TW"/>
        </w:rPr>
        <w:t>。</w:t>
      </w:r>
    </w:p>
    <w:p w14:paraId="7E1C9969" w14:textId="77777777" w:rsidR="00C768CE" w:rsidRDefault="00C768CE" w:rsidP="00C768CE">
      <w:pPr>
        <w:ind w:leftChars="118" w:left="1131" w:hangingChars="303" w:hanging="848"/>
        <w:rPr>
          <w:sz w:val="28"/>
          <w:szCs w:val="28"/>
          <w:lang w:eastAsia="zh-TW"/>
        </w:rPr>
      </w:pPr>
      <w:r w:rsidRPr="003C4D27">
        <w:rPr>
          <w:sz w:val="28"/>
          <w:szCs w:val="28"/>
          <w:lang w:eastAsia="zh-TW"/>
        </w:rPr>
        <w:t>（五）參賽單位得視需要，另行為參賽人員投保其他保險。</w:t>
      </w:r>
      <w:bookmarkEnd w:id="5"/>
    </w:p>
    <w:p w14:paraId="7B0BB44C" w14:textId="1A41EEEB" w:rsidR="0072306C" w:rsidRPr="003C4D27" w:rsidRDefault="0072306C" w:rsidP="0072306C">
      <w:pPr>
        <w:rPr>
          <w:lang w:eastAsia="zh-TW"/>
        </w:rPr>
      </w:pPr>
      <w:r w:rsidRPr="003C4D27">
        <w:rPr>
          <w:sz w:val="28"/>
          <w:szCs w:val="28"/>
          <w:lang w:eastAsia="zh-TW"/>
        </w:rPr>
        <w:t>十</w:t>
      </w:r>
      <w:r>
        <w:rPr>
          <w:rFonts w:hint="eastAsia"/>
          <w:sz w:val="28"/>
          <w:szCs w:val="28"/>
          <w:lang w:eastAsia="zh-TW"/>
        </w:rPr>
        <w:t>二</w:t>
      </w:r>
      <w:r w:rsidRPr="003C4D27">
        <w:rPr>
          <w:sz w:val="28"/>
          <w:szCs w:val="28"/>
          <w:lang w:eastAsia="zh-TW"/>
        </w:rPr>
        <w:t>、競賽辦法：</w:t>
      </w:r>
    </w:p>
    <w:p w14:paraId="0B10B130" w14:textId="77777777" w:rsidR="0072306C" w:rsidRPr="003C4D27" w:rsidRDefault="0072306C" w:rsidP="0072306C">
      <w:pPr>
        <w:spacing w:line="240" w:lineRule="auto"/>
        <w:ind w:left="1134" w:hanging="850"/>
        <w:jc w:val="both"/>
        <w:rPr>
          <w:lang w:eastAsia="zh-TW"/>
        </w:rPr>
      </w:pPr>
      <w:bookmarkStart w:id="6" w:name="_Hlk241344953"/>
      <w:r w:rsidRPr="003C4D27">
        <w:rPr>
          <w:sz w:val="28"/>
          <w:szCs w:val="28"/>
          <w:lang w:eastAsia="zh-TW"/>
        </w:rPr>
        <w:t>（一）踢毽</w:t>
      </w:r>
      <w:r>
        <w:rPr>
          <w:rFonts w:hint="eastAsia"/>
          <w:sz w:val="28"/>
          <w:szCs w:val="28"/>
          <w:lang w:eastAsia="zh-TW"/>
        </w:rPr>
        <w:t>為</w:t>
      </w:r>
      <w:r w:rsidRPr="003C4D27">
        <w:rPr>
          <w:sz w:val="28"/>
          <w:szCs w:val="28"/>
          <w:lang w:eastAsia="zh-TW"/>
        </w:rPr>
        <w:t>不辦理分區預賽之試辦項目：因歷年隊數過少，辦理分區預賽困難，於</w:t>
      </w:r>
      <w:r>
        <w:rPr>
          <w:rFonts w:hint="eastAsia"/>
          <w:sz w:val="28"/>
          <w:szCs w:val="28"/>
          <w:lang w:eastAsia="zh-TW"/>
        </w:rPr>
        <w:t>各區</w:t>
      </w:r>
      <w:r w:rsidRPr="003C4D27">
        <w:rPr>
          <w:sz w:val="28"/>
          <w:szCs w:val="28"/>
          <w:lang w:eastAsia="zh-TW"/>
        </w:rPr>
        <w:t>報名後直接進入</w:t>
      </w:r>
      <w:r w:rsidRPr="003C4D27">
        <w:rPr>
          <w:sz w:val="28"/>
          <w:szCs w:val="28"/>
          <w:lang w:eastAsia="zh-TW"/>
        </w:rPr>
        <w:t>115</w:t>
      </w:r>
      <w:r w:rsidRPr="003C4D27">
        <w:rPr>
          <w:sz w:val="28"/>
          <w:szCs w:val="28"/>
          <w:lang w:eastAsia="zh-TW"/>
        </w:rPr>
        <w:t>年</w:t>
      </w:r>
      <w:r w:rsidRPr="003C4D27">
        <w:rPr>
          <w:sz w:val="28"/>
          <w:szCs w:val="28"/>
          <w:lang w:eastAsia="zh-TW"/>
        </w:rPr>
        <w:t>12</w:t>
      </w:r>
      <w:r w:rsidRPr="003C4D27">
        <w:rPr>
          <w:sz w:val="28"/>
          <w:szCs w:val="28"/>
          <w:lang w:eastAsia="zh-TW"/>
        </w:rPr>
        <w:t>月</w:t>
      </w:r>
      <w:r w:rsidRPr="003C4D27">
        <w:rPr>
          <w:sz w:val="28"/>
          <w:szCs w:val="28"/>
          <w:lang w:eastAsia="zh-TW"/>
        </w:rPr>
        <w:t>4</w:t>
      </w:r>
      <w:r w:rsidRPr="003C4D27">
        <w:rPr>
          <w:sz w:val="28"/>
          <w:szCs w:val="28"/>
          <w:lang w:eastAsia="zh-TW"/>
        </w:rPr>
        <w:t>日（星期五）全國決賽。</w:t>
      </w:r>
    </w:p>
    <w:p w14:paraId="2A36450F" w14:textId="1A6A2F5E" w:rsidR="00B54872" w:rsidRDefault="0072306C" w:rsidP="0072306C">
      <w:pPr>
        <w:spacing w:line="240" w:lineRule="auto"/>
        <w:ind w:leftChars="118" w:left="1131" w:hangingChars="303" w:hanging="848"/>
        <w:rPr>
          <w:color w:val="000000"/>
          <w:sz w:val="28"/>
          <w:szCs w:val="28"/>
          <w:lang w:eastAsia="zh-TW"/>
        </w:rPr>
      </w:pPr>
      <w:r w:rsidRPr="003C4D27">
        <w:rPr>
          <w:sz w:val="28"/>
          <w:szCs w:val="28"/>
          <w:lang w:eastAsia="zh-TW"/>
        </w:rPr>
        <w:t>（二）</w:t>
      </w:r>
      <w:bookmarkEnd w:id="6"/>
      <w:r w:rsidRPr="003C4D27">
        <w:rPr>
          <w:sz w:val="28"/>
          <w:szCs w:val="28"/>
          <w:lang w:eastAsia="zh-TW"/>
        </w:rPr>
        <w:t>賽程公告：全國決賽賽程，於賽程排定後公告於「民俗運動發展中心網頁」</w:t>
      </w:r>
      <w:r w:rsidRPr="003C4D27">
        <w:rPr>
          <w:sz w:val="28"/>
          <w:szCs w:val="28"/>
          <w:lang w:eastAsia="zh-TW"/>
        </w:rPr>
        <w:t>115</w:t>
      </w:r>
      <w:r w:rsidRPr="003C4D27">
        <w:rPr>
          <w:sz w:val="28"/>
          <w:szCs w:val="28"/>
          <w:lang w:eastAsia="zh-TW"/>
        </w:rPr>
        <w:t>年活動專區，請各參賽單位自行下載。賽程由承辦單位統一編排；參賽單位如有賽程安排需求，應於報名時敘明原因供編排參考，公告後非經核准不得變更。</w:t>
      </w:r>
    </w:p>
    <w:p w14:paraId="7F042A49" w14:textId="77777777" w:rsidR="00A51273" w:rsidRPr="003C4D27" w:rsidRDefault="00CE6D25" w:rsidP="00D80BF8">
      <w:pPr>
        <w:rPr>
          <w:lang w:eastAsia="zh-TW"/>
        </w:rPr>
      </w:pPr>
      <w:r>
        <w:rPr>
          <w:rFonts w:hint="eastAsia"/>
          <w:color w:val="000000"/>
          <w:sz w:val="28"/>
          <w:szCs w:val="28"/>
          <w:lang w:eastAsia="zh-TW"/>
        </w:rPr>
        <w:t>十</w:t>
      </w:r>
      <w:r w:rsidR="00C768CE">
        <w:rPr>
          <w:rFonts w:hint="eastAsia"/>
          <w:color w:val="000000"/>
          <w:sz w:val="28"/>
          <w:szCs w:val="28"/>
          <w:lang w:eastAsia="zh-TW"/>
        </w:rPr>
        <w:t>三</w:t>
      </w:r>
      <w:r>
        <w:rPr>
          <w:rFonts w:hint="eastAsia"/>
          <w:color w:val="000000"/>
          <w:sz w:val="28"/>
          <w:szCs w:val="28"/>
          <w:lang w:eastAsia="zh-TW"/>
        </w:rPr>
        <w:t>、</w:t>
      </w:r>
      <w:r w:rsidR="00A51273">
        <w:rPr>
          <w:color w:val="000000"/>
          <w:sz w:val="28"/>
          <w:szCs w:val="28"/>
          <w:lang w:eastAsia="zh-TW"/>
        </w:rPr>
        <w:t>競賽方式：</w:t>
      </w:r>
    </w:p>
    <w:p w14:paraId="5DD72A8E" w14:textId="77777777" w:rsidR="007A6DDE" w:rsidRPr="00881590" w:rsidRDefault="007A6DDE" w:rsidP="007A6DDE">
      <w:pPr>
        <w:pStyle w:val="3"/>
        <w:numPr>
          <w:ilvl w:val="0"/>
          <w:numId w:val="0"/>
        </w:numPr>
        <w:spacing w:line="240" w:lineRule="auto"/>
        <w:ind w:left="1120" w:hanging="840"/>
        <w:jc w:val="both"/>
        <w:rPr>
          <w:b/>
          <w:sz w:val="28"/>
          <w:szCs w:val="28"/>
          <w:lang w:eastAsia="zh-TW"/>
        </w:rPr>
      </w:pPr>
      <w:r w:rsidRPr="00881590">
        <w:rPr>
          <w:sz w:val="28"/>
          <w:szCs w:val="28"/>
          <w:lang w:eastAsia="zh-TW"/>
        </w:rPr>
        <w:t>（一）個人花式</w:t>
      </w:r>
    </w:p>
    <w:tbl>
      <w:tblPr>
        <w:tblW w:w="5000" w:type="pct"/>
        <w:jc w:val="center"/>
        <w:tblLook w:val="0000" w:firstRow="0" w:lastRow="0" w:firstColumn="0" w:lastColumn="0" w:noHBand="0" w:noVBand="0"/>
      </w:tblPr>
      <w:tblGrid>
        <w:gridCol w:w="1926"/>
        <w:gridCol w:w="6354"/>
        <w:gridCol w:w="1348"/>
      </w:tblGrid>
      <w:tr w:rsidR="007A6DDE" w:rsidRPr="00881590" w14:paraId="654F9EC9" w14:textId="77777777" w:rsidTr="00B54872">
        <w:trPr>
          <w:trHeight w:val="20"/>
          <w:tblHeader/>
          <w:jc w:val="center"/>
        </w:trPr>
        <w:tc>
          <w:tcPr>
            <w:tcW w:w="9000" w:type="dxa"/>
            <w:gridSpan w:val="3"/>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22886321" w14:textId="77777777" w:rsidR="007A6DDE" w:rsidRPr="00881590" w:rsidRDefault="007A6DDE" w:rsidP="00B54872">
            <w:pPr>
              <w:spacing w:line="240" w:lineRule="auto"/>
              <w:jc w:val="center"/>
            </w:pPr>
            <w:proofErr w:type="spellStart"/>
            <w:r w:rsidRPr="00881590">
              <w:rPr>
                <w:sz w:val="28"/>
                <w:szCs w:val="28"/>
              </w:rPr>
              <w:t>個人花式實施方式</w:t>
            </w:r>
            <w:proofErr w:type="spellEnd"/>
          </w:p>
        </w:tc>
      </w:tr>
      <w:tr w:rsidR="007A6DDE" w:rsidRPr="00881590" w14:paraId="195DC725" w14:textId="77777777" w:rsidTr="00B54872">
        <w:trPr>
          <w:trHeight w:val="20"/>
          <w:jc w:val="center"/>
        </w:trPr>
        <w:tc>
          <w:tcPr>
            <w:tcW w:w="9000" w:type="dxa"/>
            <w:gridSpan w:val="3"/>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3A8B6EE5"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活動限制：男女分組。</w:t>
            </w:r>
          </w:p>
          <w:p w14:paraId="122A13EC"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活動人數：</w:t>
            </w:r>
            <w:r w:rsidRPr="00B54872">
              <w:rPr>
                <w:color w:val="000000"/>
                <w:sz w:val="28"/>
                <w:szCs w:val="28"/>
                <w:lang w:eastAsia="zh-TW"/>
              </w:rPr>
              <w:t>1</w:t>
            </w:r>
            <w:r w:rsidRPr="00B54872">
              <w:rPr>
                <w:color w:val="000000"/>
                <w:sz w:val="28"/>
                <w:szCs w:val="28"/>
                <w:lang w:eastAsia="zh-TW"/>
              </w:rPr>
              <w:t>人（各單位不限制報名人數）。</w:t>
            </w:r>
          </w:p>
          <w:p w14:paraId="734AF835"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活動時間：動作時間以</w:t>
            </w:r>
            <w:r w:rsidRPr="00B54872">
              <w:rPr>
                <w:color w:val="000000"/>
                <w:sz w:val="28"/>
                <w:szCs w:val="28"/>
                <w:lang w:eastAsia="zh-TW"/>
              </w:rPr>
              <w:t>2</w:t>
            </w:r>
            <w:r w:rsidRPr="00B54872">
              <w:rPr>
                <w:color w:val="000000"/>
                <w:sz w:val="28"/>
                <w:szCs w:val="28"/>
                <w:lang w:eastAsia="zh-TW"/>
              </w:rPr>
              <w:t>分至</w:t>
            </w:r>
            <w:r w:rsidRPr="00B54872">
              <w:rPr>
                <w:color w:val="000000"/>
                <w:sz w:val="28"/>
                <w:szCs w:val="28"/>
                <w:lang w:eastAsia="zh-TW"/>
              </w:rPr>
              <w:t>2</w:t>
            </w:r>
            <w:r w:rsidRPr="00B54872">
              <w:rPr>
                <w:color w:val="000000"/>
                <w:sz w:val="28"/>
                <w:szCs w:val="28"/>
                <w:lang w:eastAsia="zh-TW"/>
              </w:rPr>
              <w:t>分</w:t>
            </w:r>
            <w:r w:rsidRPr="00B54872">
              <w:rPr>
                <w:color w:val="000000"/>
                <w:sz w:val="28"/>
                <w:szCs w:val="28"/>
                <w:lang w:eastAsia="zh-TW"/>
              </w:rPr>
              <w:t>30</w:t>
            </w:r>
            <w:r w:rsidRPr="00B54872">
              <w:rPr>
                <w:color w:val="000000"/>
                <w:sz w:val="28"/>
                <w:szCs w:val="28"/>
                <w:lang w:eastAsia="zh-TW"/>
              </w:rPr>
              <w:t>秒（第一信號為</w:t>
            </w:r>
            <w:r w:rsidRPr="00B54872">
              <w:rPr>
                <w:color w:val="000000"/>
                <w:sz w:val="28"/>
                <w:szCs w:val="28"/>
                <w:lang w:eastAsia="zh-TW"/>
              </w:rPr>
              <w:t>2</w:t>
            </w:r>
            <w:r w:rsidRPr="00B54872">
              <w:rPr>
                <w:color w:val="000000"/>
                <w:sz w:val="28"/>
                <w:szCs w:val="28"/>
                <w:lang w:eastAsia="zh-TW"/>
              </w:rPr>
              <w:t>分，第二信號為</w:t>
            </w:r>
            <w:r w:rsidRPr="00B54872">
              <w:rPr>
                <w:color w:val="000000"/>
                <w:sz w:val="28"/>
                <w:szCs w:val="28"/>
                <w:lang w:eastAsia="zh-TW"/>
              </w:rPr>
              <w:t>2</w:t>
            </w:r>
            <w:r w:rsidRPr="00B54872">
              <w:rPr>
                <w:color w:val="000000"/>
                <w:sz w:val="28"/>
                <w:szCs w:val="28"/>
                <w:lang w:eastAsia="zh-TW"/>
              </w:rPr>
              <w:t>分</w:t>
            </w:r>
            <w:r w:rsidRPr="00B54872">
              <w:rPr>
                <w:color w:val="000000"/>
                <w:sz w:val="28"/>
                <w:szCs w:val="28"/>
                <w:lang w:eastAsia="zh-TW"/>
              </w:rPr>
              <w:t>30</w:t>
            </w:r>
            <w:r w:rsidRPr="00B54872">
              <w:rPr>
                <w:color w:val="000000"/>
                <w:sz w:val="28"/>
                <w:szCs w:val="28"/>
                <w:lang w:eastAsia="zh-TW"/>
              </w:rPr>
              <w:t>秒）不足</w:t>
            </w:r>
            <w:r w:rsidRPr="00B54872">
              <w:rPr>
                <w:color w:val="000000"/>
                <w:sz w:val="28"/>
                <w:szCs w:val="28"/>
                <w:lang w:eastAsia="zh-TW"/>
              </w:rPr>
              <w:t>2</w:t>
            </w:r>
            <w:r w:rsidRPr="00B54872">
              <w:rPr>
                <w:color w:val="000000"/>
                <w:sz w:val="28"/>
                <w:szCs w:val="28"/>
                <w:lang w:eastAsia="zh-TW"/>
              </w:rPr>
              <w:t>分鐘扣</w:t>
            </w:r>
            <w:r w:rsidRPr="00B54872">
              <w:rPr>
                <w:color w:val="000000"/>
                <w:sz w:val="28"/>
                <w:szCs w:val="28"/>
                <w:lang w:eastAsia="zh-TW"/>
              </w:rPr>
              <w:t>3</w:t>
            </w:r>
            <w:r w:rsidRPr="00B54872">
              <w:rPr>
                <w:color w:val="000000"/>
                <w:sz w:val="28"/>
                <w:szCs w:val="28"/>
                <w:lang w:eastAsia="zh-TW"/>
              </w:rPr>
              <w:t>分，超過</w:t>
            </w:r>
            <w:r w:rsidRPr="00B54872">
              <w:rPr>
                <w:color w:val="000000"/>
                <w:sz w:val="28"/>
                <w:szCs w:val="28"/>
                <w:lang w:eastAsia="zh-TW"/>
              </w:rPr>
              <w:t>2</w:t>
            </w:r>
            <w:r w:rsidRPr="00B54872">
              <w:rPr>
                <w:color w:val="000000"/>
                <w:sz w:val="28"/>
                <w:szCs w:val="28"/>
                <w:lang w:eastAsia="zh-TW"/>
              </w:rPr>
              <w:t>分</w:t>
            </w:r>
            <w:r w:rsidRPr="00B54872">
              <w:rPr>
                <w:color w:val="000000"/>
                <w:sz w:val="28"/>
                <w:szCs w:val="28"/>
                <w:lang w:eastAsia="zh-TW"/>
              </w:rPr>
              <w:t>30</w:t>
            </w:r>
            <w:r w:rsidRPr="00B54872">
              <w:rPr>
                <w:color w:val="000000"/>
                <w:sz w:val="28"/>
                <w:szCs w:val="28"/>
                <w:lang w:eastAsia="zh-TW"/>
              </w:rPr>
              <w:t>秒所作動作不計分。</w:t>
            </w:r>
          </w:p>
          <w:p w14:paraId="1E21014B"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動作內容：至少應有踢、拐、膝、踶、豆、跳、轉、定點、移位、方向變化等自編動作。</w:t>
            </w:r>
          </w:p>
          <w:p w14:paraId="733B4D6B"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lastRenderedPageBreak/>
              <w:t>活動內容：形式不拘，可使用道具，各隊自由發揮、創作，惟應以該活動項目為表演主體。</w:t>
            </w:r>
          </w:p>
          <w:p w14:paraId="45160465" w14:textId="77777777" w:rsidR="007A6DDE" w:rsidRPr="00B54872" w:rsidRDefault="007A6DDE" w:rsidP="00B54872">
            <w:pPr>
              <w:numPr>
                <w:ilvl w:val="0"/>
                <w:numId w:val="3"/>
              </w:numPr>
              <w:tabs>
                <w:tab w:val="clear" w:pos="1080"/>
                <w:tab w:val="num" w:pos="720"/>
              </w:tabs>
              <w:spacing w:line="240" w:lineRule="auto"/>
              <w:ind w:left="482" w:hanging="480"/>
              <w:jc w:val="both"/>
              <w:rPr>
                <w:lang w:eastAsia="zh-TW"/>
              </w:rPr>
            </w:pPr>
            <w:r w:rsidRPr="00B54872">
              <w:rPr>
                <w:color w:val="000000"/>
                <w:sz w:val="28"/>
                <w:szCs w:val="28"/>
                <w:lang w:eastAsia="zh-TW"/>
              </w:rPr>
              <w:t>器材規範：活動器材需自備，大會無提供相關器材。</w:t>
            </w:r>
          </w:p>
          <w:p w14:paraId="78B380B6" w14:textId="77777777" w:rsidR="00B54872" w:rsidRPr="00881590" w:rsidRDefault="00B54872" w:rsidP="00B54872">
            <w:pPr>
              <w:numPr>
                <w:ilvl w:val="0"/>
                <w:numId w:val="3"/>
              </w:numPr>
              <w:tabs>
                <w:tab w:val="clear" w:pos="1080"/>
                <w:tab w:val="num" w:pos="720"/>
              </w:tabs>
              <w:spacing w:line="240" w:lineRule="auto"/>
              <w:ind w:left="482" w:hanging="480"/>
              <w:jc w:val="both"/>
              <w:rPr>
                <w:lang w:eastAsia="zh-TW"/>
              </w:rPr>
            </w:pPr>
            <w:r w:rsidRPr="00C61808">
              <w:rPr>
                <w:color w:val="000000"/>
                <w:sz w:val="28"/>
                <w:szCs w:val="28"/>
                <w:lang w:eastAsia="zh-TW"/>
              </w:rPr>
              <w:t>選手替換機制：如遇特殊狀況導致已報名選手不足以出賽，大會允許該參賽單位進行選手替換，惟該參賽單位需檢附蓋有參賽單位關防或負責人簽章證明之替換資料（見附件）。</w:t>
            </w:r>
          </w:p>
        </w:tc>
      </w:tr>
      <w:tr w:rsidR="007A6DDE" w:rsidRPr="00881590" w14:paraId="4A1A19CC" w14:textId="77777777" w:rsidTr="00B54872">
        <w:trPr>
          <w:trHeight w:val="20"/>
          <w:jc w:val="center"/>
        </w:trPr>
        <w:tc>
          <w:tcPr>
            <w:tcW w:w="9000" w:type="dxa"/>
            <w:gridSpan w:val="3"/>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3DADA830" w14:textId="77777777" w:rsidR="007A6DDE" w:rsidRPr="00881590" w:rsidRDefault="007A6DDE" w:rsidP="00B54872">
            <w:pPr>
              <w:spacing w:line="240" w:lineRule="auto"/>
              <w:jc w:val="center"/>
            </w:pPr>
            <w:proofErr w:type="spellStart"/>
            <w:r w:rsidRPr="00881590">
              <w:rPr>
                <w:sz w:val="28"/>
                <w:szCs w:val="28"/>
              </w:rPr>
              <w:lastRenderedPageBreak/>
              <w:t>評分標準</w:t>
            </w:r>
            <w:proofErr w:type="spellEnd"/>
          </w:p>
        </w:tc>
      </w:tr>
      <w:tr w:rsidR="007A6DDE" w:rsidRPr="00881590" w14:paraId="03FEA75D" w14:textId="77777777" w:rsidTr="00B54872">
        <w:trPr>
          <w:trHeight w:val="20"/>
          <w:jc w:val="center"/>
        </w:trPr>
        <w:tc>
          <w:tcPr>
            <w:tcW w:w="180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665C7136" w14:textId="77777777" w:rsidR="007A6DDE" w:rsidRPr="00B54872" w:rsidRDefault="007A6DDE" w:rsidP="00B54872">
            <w:pPr>
              <w:spacing w:line="240" w:lineRule="auto"/>
              <w:jc w:val="center"/>
              <w:rPr>
                <w:sz w:val="26"/>
                <w:szCs w:val="26"/>
                <w:lang w:eastAsia="zh-TW"/>
              </w:rPr>
            </w:pPr>
            <w:r w:rsidRPr="00B54872">
              <w:rPr>
                <w:sz w:val="26"/>
                <w:szCs w:val="26"/>
                <w:lang w:eastAsia="zh-TW"/>
              </w:rPr>
              <w:t>技術分</w:t>
            </w:r>
          </w:p>
        </w:tc>
        <w:tc>
          <w:tcPr>
            <w:tcW w:w="594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0370171D" w14:textId="77777777" w:rsidR="007A6DDE" w:rsidRPr="00B54872" w:rsidRDefault="007A6DDE" w:rsidP="00B54872">
            <w:pPr>
              <w:numPr>
                <w:ilvl w:val="0"/>
                <w:numId w:val="4"/>
              </w:numPr>
              <w:pBdr>
                <w:top w:val="nil"/>
                <w:left w:val="nil"/>
                <w:bottom w:val="nil"/>
                <w:right w:val="nil"/>
                <w:between w:val="nil"/>
              </w:pBdr>
              <w:tabs>
                <w:tab w:val="clear" w:pos="1440"/>
              </w:tabs>
              <w:spacing w:line="240" w:lineRule="auto"/>
              <w:ind w:leftChars="19" w:left="329" w:hangingChars="118" w:hanging="283"/>
              <w:jc w:val="both"/>
            </w:pPr>
            <w:r w:rsidRPr="00B54872">
              <w:t>動作難度價值</w:t>
            </w:r>
            <w:r w:rsidRPr="00B54872">
              <w:t>10</w:t>
            </w:r>
            <w:r w:rsidRPr="00B54872">
              <w:t>分。</w:t>
            </w:r>
          </w:p>
          <w:p w14:paraId="7E3355A0" w14:textId="77777777" w:rsidR="007A6DDE" w:rsidRPr="00B54872" w:rsidRDefault="007A6DDE" w:rsidP="00B54872">
            <w:pPr>
              <w:numPr>
                <w:ilvl w:val="0"/>
                <w:numId w:val="4"/>
              </w:numPr>
              <w:pBdr>
                <w:top w:val="nil"/>
                <w:left w:val="nil"/>
                <w:bottom w:val="nil"/>
                <w:right w:val="nil"/>
                <w:between w:val="nil"/>
              </w:pBdr>
              <w:tabs>
                <w:tab w:val="clear" w:pos="1440"/>
              </w:tabs>
              <w:spacing w:line="240" w:lineRule="auto"/>
              <w:ind w:leftChars="19" w:left="329" w:hangingChars="118" w:hanging="283"/>
              <w:jc w:val="both"/>
            </w:pPr>
            <w:r w:rsidRPr="00B54872">
              <w:t>身體動作難度要求</w:t>
            </w:r>
            <w:r w:rsidRPr="00B54872">
              <w:t>10</w:t>
            </w:r>
            <w:r w:rsidRPr="00B54872">
              <w:t>分。</w:t>
            </w:r>
          </w:p>
          <w:p w14:paraId="1268CDC5" w14:textId="77777777" w:rsidR="007A6DDE" w:rsidRPr="00B54872" w:rsidRDefault="007A6DDE" w:rsidP="00B54872">
            <w:pPr>
              <w:numPr>
                <w:ilvl w:val="0"/>
                <w:numId w:val="4"/>
              </w:numPr>
              <w:pBdr>
                <w:top w:val="nil"/>
                <w:left w:val="nil"/>
                <w:bottom w:val="nil"/>
                <w:right w:val="nil"/>
                <w:between w:val="nil"/>
              </w:pBdr>
              <w:tabs>
                <w:tab w:val="clear" w:pos="1440"/>
              </w:tabs>
              <w:spacing w:line="240" w:lineRule="auto"/>
              <w:ind w:leftChars="19" w:left="329" w:hangingChars="118" w:hanging="283"/>
              <w:jc w:val="both"/>
            </w:pPr>
            <w:r w:rsidRPr="00B54872">
              <w:t>組合難度</w:t>
            </w:r>
            <w:r w:rsidRPr="00B54872">
              <w:t>10</w:t>
            </w:r>
            <w:r w:rsidRPr="00B54872">
              <w:t>分。</w:t>
            </w:r>
          </w:p>
        </w:tc>
        <w:tc>
          <w:tcPr>
            <w:tcW w:w="126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59AAAEBE" w14:textId="77777777" w:rsidR="007A6DDE" w:rsidRPr="00B54872" w:rsidRDefault="007A6DDE" w:rsidP="00B54872">
            <w:pPr>
              <w:spacing w:line="240" w:lineRule="auto"/>
              <w:jc w:val="center"/>
              <w:rPr>
                <w:sz w:val="26"/>
                <w:szCs w:val="26"/>
                <w:lang w:eastAsia="zh-TW"/>
              </w:rPr>
            </w:pPr>
            <w:r w:rsidRPr="00B54872">
              <w:rPr>
                <w:sz w:val="26"/>
                <w:szCs w:val="26"/>
                <w:lang w:eastAsia="zh-TW"/>
              </w:rPr>
              <w:t>30</w:t>
            </w:r>
            <w:r w:rsidRPr="00B54872">
              <w:rPr>
                <w:sz w:val="26"/>
                <w:szCs w:val="26"/>
                <w:lang w:eastAsia="zh-TW"/>
              </w:rPr>
              <w:t>分</w:t>
            </w:r>
          </w:p>
        </w:tc>
      </w:tr>
      <w:tr w:rsidR="007A6DDE" w:rsidRPr="00881590" w14:paraId="481FA721" w14:textId="77777777" w:rsidTr="00B54872">
        <w:trPr>
          <w:trHeight w:val="20"/>
          <w:jc w:val="center"/>
        </w:trPr>
        <w:tc>
          <w:tcPr>
            <w:tcW w:w="180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5B674352" w14:textId="77777777" w:rsidR="007A6DDE" w:rsidRPr="00B54872" w:rsidRDefault="007A6DDE" w:rsidP="00B54872">
            <w:pPr>
              <w:spacing w:line="240" w:lineRule="auto"/>
              <w:jc w:val="center"/>
              <w:rPr>
                <w:sz w:val="26"/>
                <w:szCs w:val="26"/>
                <w:lang w:eastAsia="zh-TW"/>
              </w:rPr>
            </w:pPr>
            <w:r w:rsidRPr="00B54872">
              <w:rPr>
                <w:sz w:val="26"/>
                <w:szCs w:val="26"/>
                <w:lang w:eastAsia="zh-TW"/>
              </w:rPr>
              <w:t>藝術分</w:t>
            </w:r>
          </w:p>
        </w:tc>
        <w:tc>
          <w:tcPr>
            <w:tcW w:w="594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238E84E5" w14:textId="77777777" w:rsidR="007A6DDE" w:rsidRPr="00B54872" w:rsidRDefault="007A6DDE" w:rsidP="00B54872">
            <w:pPr>
              <w:numPr>
                <w:ilvl w:val="0"/>
                <w:numId w:val="1"/>
              </w:numPr>
              <w:pBdr>
                <w:top w:val="nil"/>
                <w:left w:val="nil"/>
                <w:bottom w:val="nil"/>
                <w:right w:val="nil"/>
                <w:between w:val="nil"/>
              </w:pBdr>
              <w:spacing w:line="240" w:lineRule="auto"/>
              <w:ind w:left="0"/>
              <w:rPr>
                <w:lang w:eastAsia="zh-TW"/>
              </w:rPr>
            </w:pPr>
            <w:r w:rsidRPr="00B54872">
              <w:rPr>
                <w:lang w:eastAsia="zh-TW"/>
              </w:rPr>
              <w:t>基本編排</w:t>
            </w:r>
            <w:r w:rsidRPr="00B54872">
              <w:rPr>
                <w:lang w:eastAsia="zh-TW"/>
              </w:rPr>
              <w:t>20</w:t>
            </w:r>
            <w:r w:rsidRPr="00B54872">
              <w:rPr>
                <w:lang w:eastAsia="zh-TW"/>
              </w:rPr>
              <w:t>分：整體結構、編排、技巧變化。</w:t>
            </w:r>
          </w:p>
          <w:p w14:paraId="2D8D1272" w14:textId="77777777" w:rsidR="007A6DDE" w:rsidRPr="00B54872" w:rsidRDefault="007A6DDE" w:rsidP="00B54872">
            <w:pPr>
              <w:numPr>
                <w:ilvl w:val="0"/>
                <w:numId w:val="1"/>
              </w:numPr>
              <w:pBdr>
                <w:top w:val="nil"/>
                <w:left w:val="nil"/>
                <w:bottom w:val="nil"/>
                <w:right w:val="nil"/>
                <w:between w:val="nil"/>
              </w:pBdr>
              <w:spacing w:line="240" w:lineRule="auto"/>
              <w:ind w:left="0"/>
            </w:pPr>
            <w:r w:rsidRPr="00B54872">
              <w:t>特別藝術加分</w:t>
            </w:r>
            <w:r w:rsidRPr="00B54872">
              <w:t>10</w:t>
            </w:r>
            <w:r w:rsidRPr="00B54872">
              <w:t>分：</w:t>
            </w:r>
          </w:p>
          <w:p w14:paraId="18095D4F" w14:textId="77777777" w:rsidR="007A6DDE" w:rsidRPr="00B54872" w:rsidRDefault="007A6DDE" w:rsidP="00B54872">
            <w:pPr>
              <w:spacing w:line="240" w:lineRule="auto"/>
              <w:rPr>
                <w:lang w:eastAsia="zh-TW"/>
              </w:rPr>
            </w:pPr>
            <w:r w:rsidRPr="00B54872">
              <w:rPr>
                <w:lang w:eastAsia="zh-TW"/>
              </w:rPr>
              <w:t>(1)</w:t>
            </w:r>
            <w:r w:rsidRPr="00B54872">
              <w:rPr>
                <w:lang w:eastAsia="zh-TW"/>
              </w:rPr>
              <w:t>毽技術的運用最多加</w:t>
            </w:r>
            <w:r w:rsidRPr="00B54872">
              <w:rPr>
                <w:lang w:eastAsia="zh-TW"/>
              </w:rPr>
              <w:t>3</w:t>
            </w:r>
            <w:r w:rsidRPr="00B54872">
              <w:rPr>
                <w:lang w:eastAsia="zh-TW"/>
              </w:rPr>
              <w:t>分。</w:t>
            </w:r>
          </w:p>
          <w:p w14:paraId="3A4D5486" w14:textId="77777777" w:rsidR="007A6DDE" w:rsidRPr="00B54872" w:rsidRDefault="007A6DDE" w:rsidP="00B54872">
            <w:pPr>
              <w:spacing w:line="240" w:lineRule="auto"/>
              <w:rPr>
                <w:lang w:eastAsia="zh-TW"/>
              </w:rPr>
            </w:pPr>
            <w:r w:rsidRPr="00B54872">
              <w:rPr>
                <w:lang w:eastAsia="zh-TW"/>
              </w:rPr>
              <w:t>(2)</w:t>
            </w:r>
            <w:r w:rsidRPr="00B54872">
              <w:rPr>
                <w:lang w:eastAsia="zh-TW"/>
              </w:rPr>
              <w:t>身體技術的運用最多加</w:t>
            </w:r>
            <w:r w:rsidRPr="00B54872">
              <w:rPr>
                <w:lang w:eastAsia="zh-TW"/>
              </w:rPr>
              <w:t>3</w:t>
            </w:r>
            <w:r w:rsidRPr="00B54872">
              <w:rPr>
                <w:lang w:eastAsia="zh-TW"/>
              </w:rPr>
              <w:t>分。</w:t>
            </w:r>
          </w:p>
          <w:p w14:paraId="43B074B1" w14:textId="77777777" w:rsidR="007A6DDE" w:rsidRPr="00B54872" w:rsidRDefault="007A6DDE" w:rsidP="00B54872">
            <w:pPr>
              <w:spacing w:line="240" w:lineRule="auto"/>
              <w:rPr>
                <w:lang w:eastAsia="zh-TW"/>
              </w:rPr>
            </w:pPr>
            <w:r w:rsidRPr="00B54872">
              <w:rPr>
                <w:lang w:eastAsia="zh-TW"/>
              </w:rPr>
              <w:t>(3)</w:t>
            </w:r>
            <w:r w:rsidRPr="00B54872">
              <w:rPr>
                <w:lang w:eastAsia="zh-TW"/>
              </w:rPr>
              <w:t>熟練及創意性最多加</w:t>
            </w:r>
            <w:r w:rsidRPr="00B54872">
              <w:rPr>
                <w:lang w:eastAsia="zh-TW"/>
              </w:rPr>
              <w:t>4</w:t>
            </w:r>
            <w:r w:rsidRPr="00B54872">
              <w:rPr>
                <w:lang w:eastAsia="zh-TW"/>
              </w:rPr>
              <w:t>分。</w:t>
            </w:r>
          </w:p>
        </w:tc>
        <w:tc>
          <w:tcPr>
            <w:tcW w:w="126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6379863C" w14:textId="77777777" w:rsidR="007A6DDE" w:rsidRPr="00B54872" w:rsidRDefault="007A6DDE" w:rsidP="00B54872">
            <w:pPr>
              <w:spacing w:line="240" w:lineRule="auto"/>
              <w:jc w:val="center"/>
              <w:rPr>
                <w:sz w:val="26"/>
                <w:szCs w:val="26"/>
                <w:lang w:eastAsia="zh-TW"/>
              </w:rPr>
            </w:pPr>
            <w:r w:rsidRPr="00B54872">
              <w:rPr>
                <w:sz w:val="26"/>
                <w:szCs w:val="26"/>
                <w:lang w:eastAsia="zh-TW"/>
              </w:rPr>
              <w:t>30</w:t>
            </w:r>
            <w:r w:rsidRPr="00B54872">
              <w:rPr>
                <w:sz w:val="26"/>
                <w:szCs w:val="26"/>
                <w:lang w:eastAsia="zh-TW"/>
              </w:rPr>
              <w:t>分</w:t>
            </w:r>
          </w:p>
        </w:tc>
      </w:tr>
      <w:tr w:rsidR="007A6DDE" w:rsidRPr="00881590" w14:paraId="118D1738" w14:textId="77777777" w:rsidTr="00B54872">
        <w:trPr>
          <w:trHeight w:val="20"/>
          <w:jc w:val="center"/>
        </w:trPr>
        <w:tc>
          <w:tcPr>
            <w:tcW w:w="180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015B7615" w14:textId="77777777" w:rsidR="007A6DDE" w:rsidRPr="00B54872" w:rsidRDefault="007A6DDE" w:rsidP="00B54872">
            <w:pPr>
              <w:spacing w:line="240" w:lineRule="auto"/>
              <w:jc w:val="center"/>
              <w:rPr>
                <w:sz w:val="26"/>
                <w:szCs w:val="26"/>
                <w:lang w:eastAsia="zh-TW"/>
              </w:rPr>
            </w:pPr>
            <w:r w:rsidRPr="00B54872">
              <w:rPr>
                <w:sz w:val="26"/>
                <w:szCs w:val="26"/>
                <w:lang w:eastAsia="zh-TW"/>
              </w:rPr>
              <w:t>實施分</w:t>
            </w:r>
          </w:p>
        </w:tc>
        <w:tc>
          <w:tcPr>
            <w:tcW w:w="594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2CCDB5FB" w14:textId="77777777" w:rsidR="007A6DDE" w:rsidRPr="00B54872" w:rsidRDefault="007A6DDE" w:rsidP="00B54872">
            <w:pPr>
              <w:spacing w:line="240" w:lineRule="auto"/>
              <w:rPr>
                <w:lang w:eastAsia="zh-TW"/>
              </w:rPr>
            </w:pPr>
            <w:r w:rsidRPr="00B54872">
              <w:rPr>
                <w:lang w:eastAsia="zh-TW"/>
              </w:rPr>
              <w:t>依選手失誤，違反規定、紀律、精神、態度及其實作規定分別扣分，小失誤每次扣</w:t>
            </w:r>
            <w:r w:rsidRPr="00B54872">
              <w:rPr>
                <w:lang w:eastAsia="zh-TW"/>
              </w:rPr>
              <w:t>0.5</w:t>
            </w:r>
            <w:r w:rsidRPr="00B54872">
              <w:rPr>
                <w:lang w:eastAsia="zh-TW"/>
              </w:rPr>
              <w:t>分，中失誤每次扣</w:t>
            </w:r>
            <w:r w:rsidRPr="00B54872">
              <w:rPr>
                <w:lang w:eastAsia="zh-TW"/>
              </w:rPr>
              <w:t>1</w:t>
            </w:r>
            <w:r w:rsidRPr="00B54872">
              <w:rPr>
                <w:lang w:eastAsia="zh-TW"/>
              </w:rPr>
              <w:t>分，大失誤每次扣</w:t>
            </w:r>
            <w:r w:rsidRPr="00B54872">
              <w:rPr>
                <w:lang w:eastAsia="zh-TW"/>
              </w:rPr>
              <w:t>2</w:t>
            </w:r>
            <w:r w:rsidRPr="00B54872">
              <w:rPr>
                <w:lang w:eastAsia="zh-TW"/>
              </w:rPr>
              <w:t>分規定。</w:t>
            </w:r>
          </w:p>
        </w:tc>
        <w:tc>
          <w:tcPr>
            <w:tcW w:w="126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6ACB3A6B" w14:textId="77777777" w:rsidR="007A6DDE" w:rsidRPr="00B54872" w:rsidRDefault="007A6DDE" w:rsidP="00B54872">
            <w:pPr>
              <w:spacing w:line="240" w:lineRule="auto"/>
              <w:jc w:val="center"/>
              <w:rPr>
                <w:sz w:val="26"/>
                <w:szCs w:val="26"/>
                <w:lang w:eastAsia="zh-TW"/>
              </w:rPr>
            </w:pPr>
            <w:r w:rsidRPr="00B54872">
              <w:rPr>
                <w:sz w:val="26"/>
                <w:szCs w:val="26"/>
                <w:lang w:eastAsia="zh-TW"/>
              </w:rPr>
              <w:t>40</w:t>
            </w:r>
            <w:r w:rsidRPr="00B54872">
              <w:rPr>
                <w:sz w:val="26"/>
                <w:szCs w:val="26"/>
                <w:lang w:eastAsia="zh-TW"/>
              </w:rPr>
              <w:t>分</w:t>
            </w:r>
          </w:p>
        </w:tc>
      </w:tr>
    </w:tbl>
    <w:p w14:paraId="6CC07045" w14:textId="77777777" w:rsidR="007A6DDE" w:rsidRPr="00881590" w:rsidRDefault="007A6DDE" w:rsidP="007A6DDE">
      <w:pPr>
        <w:pStyle w:val="3"/>
        <w:numPr>
          <w:ilvl w:val="0"/>
          <w:numId w:val="0"/>
        </w:numPr>
        <w:spacing w:beforeLines="50" w:before="120" w:afterLines="50" w:after="120" w:line="240" w:lineRule="auto"/>
        <w:ind w:left="1117" w:hanging="839"/>
        <w:jc w:val="both"/>
        <w:rPr>
          <w:b/>
          <w:sz w:val="28"/>
          <w:szCs w:val="28"/>
        </w:rPr>
      </w:pPr>
      <w:r w:rsidRPr="00881590">
        <w:rPr>
          <w:sz w:val="28"/>
          <w:szCs w:val="28"/>
        </w:rPr>
        <w:t>（</w:t>
      </w:r>
      <w:proofErr w:type="spellStart"/>
      <w:r w:rsidRPr="00881590">
        <w:rPr>
          <w:sz w:val="28"/>
          <w:szCs w:val="28"/>
        </w:rPr>
        <w:t>二）個人限時計次</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28"/>
      </w:tblGrid>
      <w:tr w:rsidR="007A6DDE" w:rsidRPr="00881590" w14:paraId="6D07AD79" w14:textId="77777777" w:rsidTr="00B54872">
        <w:trPr>
          <w:trHeight w:val="20"/>
          <w:tblHeader/>
          <w:jc w:val="center"/>
        </w:trPr>
        <w:tc>
          <w:tcPr>
            <w:tcW w:w="9000" w:type="dxa"/>
            <w:tcMar>
              <w:top w:w="55" w:type="dxa"/>
              <w:left w:w="80" w:type="dxa"/>
              <w:bottom w:w="55" w:type="dxa"/>
              <w:right w:w="80" w:type="dxa"/>
            </w:tcMar>
            <w:vAlign w:val="center"/>
          </w:tcPr>
          <w:p w14:paraId="2D9FF85C" w14:textId="77777777" w:rsidR="007A6DDE" w:rsidRPr="00881590" w:rsidRDefault="007A6DDE" w:rsidP="00B54872">
            <w:pPr>
              <w:spacing w:line="0" w:lineRule="atLeast"/>
              <w:jc w:val="center"/>
              <w:rPr>
                <w:sz w:val="28"/>
                <w:szCs w:val="28"/>
                <w:lang w:eastAsia="zh-TW"/>
              </w:rPr>
            </w:pPr>
            <w:r w:rsidRPr="00881590">
              <w:rPr>
                <w:sz w:val="28"/>
                <w:szCs w:val="28"/>
                <w:lang w:eastAsia="zh-TW"/>
              </w:rPr>
              <w:t>個人限時計次實施方式</w:t>
            </w:r>
          </w:p>
        </w:tc>
      </w:tr>
      <w:tr w:rsidR="007A6DDE" w:rsidRPr="00881590" w14:paraId="30976712" w14:textId="77777777" w:rsidTr="00B54872">
        <w:trPr>
          <w:trHeight w:val="20"/>
          <w:jc w:val="center"/>
        </w:trPr>
        <w:tc>
          <w:tcPr>
            <w:tcW w:w="9000" w:type="dxa"/>
            <w:tcMar>
              <w:top w:w="55" w:type="dxa"/>
              <w:left w:w="80" w:type="dxa"/>
              <w:bottom w:w="55" w:type="dxa"/>
              <w:right w:w="80" w:type="dxa"/>
            </w:tcMar>
            <w:vAlign w:val="center"/>
          </w:tcPr>
          <w:p w14:paraId="5A96E2CE"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活動限制：男女分組。</w:t>
            </w:r>
          </w:p>
          <w:p w14:paraId="6987EFBF"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活動人數：</w:t>
            </w:r>
            <w:r w:rsidRPr="00B54872">
              <w:rPr>
                <w:color w:val="000000"/>
                <w:sz w:val="28"/>
                <w:szCs w:val="28"/>
                <w:lang w:eastAsia="zh-TW"/>
              </w:rPr>
              <w:t>1</w:t>
            </w:r>
            <w:r w:rsidRPr="00B54872">
              <w:rPr>
                <w:color w:val="000000"/>
                <w:sz w:val="28"/>
                <w:szCs w:val="28"/>
                <w:lang w:eastAsia="zh-TW"/>
              </w:rPr>
              <w:t>人（各單位報名人數至多</w:t>
            </w:r>
            <w:r w:rsidRPr="00B54872">
              <w:rPr>
                <w:color w:val="000000"/>
                <w:sz w:val="28"/>
                <w:szCs w:val="28"/>
                <w:lang w:eastAsia="zh-TW"/>
              </w:rPr>
              <w:t>8</w:t>
            </w:r>
            <w:r w:rsidRPr="00B54872">
              <w:rPr>
                <w:color w:val="000000"/>
                <w:sz w:val="28"/>
                <w:szCs w:val="28"/>
                <w:lang w:eastAsia="zh-TW"/>
              </w:rPr>
              <w:t>人）。</w:t>
            </w:r>
          </w:p>
          <w:p w14:paraId="1F055658"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器材規範：活動器材需自備，大會無提供相關器材。</w:t>
            </w:r>
          </w:p>
          <w:p w14:paraId="2ACE2D49"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活動規則：</w:t>
            </w:r>
          </w:p>
          <w:p w14:paraId="42AC0FA7" w14:textId="77777777" w:rsidR="007A6DDE" w:rsidRPr="00B54872"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每組活動開始時由主任裁判以口令方式，「各就位、預備、開始。」</w:t>
            </w:r>
          </w:p>
          <w:p w14:paraId="5DE1541B" w14:textId="77777777" w:rsidR="007A6DDE" w:rsidRPr="00B54872"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每人時間限制</w:t>
            </w:r>
            <w:r w:rsidRPr="00B54872">
              <w:rPr>
                <w:color w:val="000000"/>
                <w:sz w:val="28"/>
                <w:szCs w:val="28"/>
                <w:lang w:eastAsia="zh-TW"/>
              </w:rPr>
              <w:t xml:space="preserve"> 3 </w:t>
            </w:r>
            <w:r w:rsidRPr="00B54872">
              <w:rPr>
                <w:color w:val="000000"/>
                <w:sz w:val="28"/>
                <w:szCs w:val="28"/>
                <w:lang w:eastAsia="zh-TW"/>
              </w:rPr>
              <w:t>分鐘，在時間內採左右腳連續對稱踢，不得連續用同腳踢毽，不限動作樣式，若失誤時，任一腳重新開始即可。</w:t>
            </w:r>
          </w:p>
          <w:p w14:paraId="286472DE" w14:textId="77777777" w:rsidR="007A6DDE" w:rsidRPr="00881590"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lang w:eastAsia="zh-TW"/>
              </w:rPr>
            </w:pPr>
            <w:r w:rsidRPr="00B54872">
              <w:rPr>
                <w:color w:val="000000"/>
                <w:sz w:val="28"/>
                <w:szCs w:val="28"/>
                <w:lang w:eastAsia="zh-TW"/>
              </w:rPr>
              <w:lastRenderedPageBreak/>
              <w:t>以雙腳踢毽動作不計算三分鐘內踢毽次數，採計累計失誤者，愈少者成績愈佳，以此類推。成績以特優、優等、甲等成績計算，特優</w:t>
            </w:r>
            <w:r w:rsidRPr="00B54872">
              <w:rPr>
                <w:color w:val="000000"/>
                <w:sz w:val="28"/>
                <w:szCs w:val="28"/>
                <w:lang w:eastAsia="zh-TW"/>
              </w:rPr>
              <w:t>3</w:t>
            </w:r>
            <w:r w:rsidRPr="00B54872">
              <w:rPr>
                <w:color w:val="000000"/>
                <w:sz w:val="28"/>
                <w:szCs w:val="28"/>
                <w:lang w:eastAsia="zh-TW"/>
              </w:rPr>
              <w:t>次（含）以下、優等</w:t>
            </w:r>
            <w:r w:rsidRPr="00B54872">
              <w:rPr>
                <w:color w:val="000000"/>
                <w:sz w:val="28"/>
                <w:szCs w:val="28"/>
                <w:lang w:eastAsia="zh-TW"/>
              </w:rPr>
              <w:t>4</w:t>
            </w:r>
            <w:r w:rsidRPr="00B54872">
              <w:rPr>
                <w:color w:val="000000"/>
                <w:sz w:val="28"/>
                <w:szCs w:val="28"/>
                <w:lang w:eastAsia="zh-TW"/>
              </w:rPr>
              <w:t>至</w:t>
            </w:r>
            <w:r w:rsidRPr="00B54872">
              <w:rPr>
                <w:color w:val="000000"/>
                <w:sz w:val="28"/>
                <w:szCs w:val="28"/>
                <w:lang w:eastAsia="zh-TW"/>
              </w:rPr>
              <w:t>6</w:t>
            </w:r>
            <w:r w:rsidRPr="00B54872">
              <w:rPr>
                <w:color w:val="000000"/>
                <w:sz w:val="28"/>
                <w:szCs w:val="28"/>
                <w:lang w:eastAsia="zh-TW"/>
              </w:rPr>
              <w:t>次之間、甲等</w:t>
            </w:r>
            <w:r w:rsidRPr="00B54872">
              <w:rPr>
                <w:color w:val="000000"/>
                <w:sz w:val="28"/>
                <w:szCs w:val="28"/>
                <w:lang w:eastAsia="zh-TW"/>
              </w:rPr>
              <w:t>7</w:t>
            </w:r>
            <w:r w:rsidRPr="00B54872">
              <w:rPr>
                <w:color w:val="000000"/>
                <w:sz w:val="28"/>
                <w:szCs w:val="28"/>
                <w:lang w:eastAsia="zh-TW"/>
              </w:rPr>
              <w:t>至</w:t>
            </w:r>
            <w:r w:rsidRPr="00B54872">
              <w:rPr>
                <w:color w:val="000000"/>
                <w:sz w:val="28"/>
                <w:szCs w:val="28"/>
                <w:lang w:eastAsia="zh-TW"/>
              </w:rPr>
              <w:t>12</w:t>
            </w:r>
            <w:r w:rsidRPr="00B54872">
              <w:rPr>
                <w:color w:val="000000"/>
                <w:sz w:val="28"/>
                <w:szCs w:val="28"/>
                <w:lang w:eastAsia="zh-TW"/>
              </w:rPr>
              <w:t>次之間。</w:t>
            </w:r>
          </w:p>
        </w:tc>
      </w:tr>
    </w:tbl>
    <w:p w14:paraId="3B59EEC3" w14:textId="77777777" w:rsidR="007A6DDE" w:rsidRPr="00881590" w:rsidRDefault="007A6DDE" w:rsidP="007A6DDE">
      <w:pPr>
        <w:pStyle w:val="3"/>
        <w:numPr>
          <w:ilvl w:val="0"/>
          <w:numId w:val="0"/>
        </w:numPr>
        <w:spacing w:beforeLines="50" w:before="120" w:afterLines="50" w:after="120" w:line="240" w:lineRule="auto"/>
        <w:ind w:left="1117" w:hanging="839"/>
        <w:jc w:val="both"/>
        <w:rPr>
          <w:b/>
          <w:sz w:val="28"/>
          <w:szCs w:val="28"/>
        </w:rPr>
      </w:pPr>
      <w:r w:rsidRPr="00881590">
        <w:rPr>
          <w:sz w:val="28"/>
          <w:szCs w:val="28"/>
        </w:rPr>
        <w:lastRenderedPageBreak/>
        <w:t>（</w:t>
      </w:r>
      <w:proofErr w:type="spellStart"/>
      <w:r w:rsidRPr="00881590">
        <w:rPr>
          <w:sz w:val="28"/>
          <w:szCs w:val="28"/>
        </w:rPr>
        <w:t>三）個人計次</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28"/>
      </w:tblGrid>
      <w:tr w:rsidR="007A6DDE" w:rsidRPr="00881590" w14:paraId="47D7D39C" w14:textId="77777777" w:rsidTr="00B54872">
        <w:trPr>
          <w:trHeight w:val="20"/>
          <w:tblHeader/>
          <w:jc w:val="center"/>
        </w:trPr>
        <w:tc>
          <w:tcPr>
            <w:tcW w:w="9000" w:type="dxa"/>
            <w:tcMar>
              <w:top w:w="55" w:type="dxa"/>
              <w:left w:w="80" w:type="dxa"/>
              <w:bottom w:w="55" w:type="dxa"/>
              <w:right w:w="80" w:type="dxa"/>
            </w:tcMar>
            <w:vAlign w:val="center"/>
          </w:tcPr>
          <w:p w14:paraId="042984C9" w14:textId="77777777" w:rsidR="007A6DDE" w:rsidRPr="00881590" w:rsidRDefault="007A6DDE" w:rsidP="00D56411">
            <w:pPr>
              <w:spacing w:line="240" w:lineRule="auto"/>
              <w:jc w:val="center"/>
              <w:rPr>
                <w:sz w:val="28"/>
                <w:szCs w:val="28"/>
              </w:rPr>
            </w:pPr>
            <w:proofErr w:type="spellStart"/>
            <w:r w:rsidRPr="00881590">
              <w:rPr>
                <w:sz w:val="28"/>
                <w:szCs w:val="28"/>
              </w:rPr>
              <w:t>個人計次實施方式</w:t>
            </w:r>
            <w:proofErr w:type="spellEnd"/>
          </w:p>
        </w:tc>
      </w:tr>
      <w:tr w:rsidR="007A6DDE" w:rsidRPr="00881590" w14:paraId="72770000" w14:textId="77777777" w:rsidTr="00B54872">
        <w:trPr>
          <w:trHeight w:val="20"/>
          <w:jc w:val="center"/>
        </w:trPr>
        <w:tc>
          <w:tcPr>
            <w:tcW w:w="9000" w:type="dxa"/>
            <w:tcMar>
              <w:top w:w="55" w:type="dxa"/>
              <w:left w:w="80" w:type="dxa"/>
              <w:bottom w:w="55" w:type="dxa"/>
              <w:right w:w="80" w:type="dxa"/>
            </w:tcMar>
            <w:vAlign w:val="center"/>
          </w:tcPr>
          <w:p w14:paraId="3DDDD12D"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活動限制：男女分組。</w:t>
            </w:r>
          </w:p>
          <w:p w14:paraId="01AE8C75"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活動人數：</w:t>
            </w:r>
            <w:r w:rsidRPr="00B54872">
              <w:rPr>
                <w:color w:val="000000"/>
                <w:sz w:val="28"/>
                <w:szCs w:val="28"/>
                <w:lang w:eastAsia="zh-TW"/>
              </w:rPr>
              <w:t>1</w:t>
            </w:r>
            <w:r w:rsidRPr="00B54872">
              <w:rPr>
                <w:color w:val="000000"/>
                <w:sz w:val="28"/>
                <w:szCs w:val="28"/>
                <w:lang w:eastAsia="zh-TW"/>
              </w:rPr>
              <w:t>人（各單位報名人數至多</w:t>
            </w:r>
            <w:r w:rsidRPr="00B54872">
              <w:rPr>
                <w:color w:val="000000"/>
                <w:sz w:val="28"/>
                <w:szCs w:val="28"/>
                <w:lang w:eastAsia="zh-TW"/>
              </w:rPr>
              <w:t>8</w:t>
            </w:r>
            <w:r w:rsidRPr="00B54872">
              <w:rPr>
                <w:color w:val="000000"/>
                <w:sz w:val="28"/>
                <w:szCs w:val="28"/>
                <w:lang w:eastAsia="zh-TW"/>
              </w:rPr>
              <w:t>人）。</w:t>
            </w:r>
          </w:p>
          <w:p w14:paraId="204F2791"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器材規範：比活動器材需自備，大會無提供相關器材。</w:t>
            </w:r>
          </w:p>
          <w:p w14:paraId="17ADAEF6"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活動規則：</w:t>
            </w:r>
          </w:p>
          <w:p w14:paraId="7D1DD035" w14:textId="77777777" w:rsidR="007A6DDE" w:rsidRPr="00B54872"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時間：不限制。</w:t>
            </w:r>
          </w:p>
          <w:p w14:paraId="7BC96DF9" w14:textId="77777777" w:rsidR="007A6DDE" w:rsidRPr="00B54872"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每組活動開始時由主任裁判以口令方式，「各就位、預備、開始。」</w:t>
            </w:r>
          </w:p>
          <w:p w14:paraId="798CD8DF" w14:textId="77777777" w:rsidR="007A6DDE" w:rsidRPr="00B54872"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動作：必須使用大武動作，招式不限，每一個大武動作之間，最多可用腳（不得用手）修正</w:t>
            </w:r>
            <w:r w:rsidRPr="00B54872">
              <w:rPr>
                <w:color w:val="000000"/>
                <w:sz w:val="28"/>
                <w:szCs w:val="28"/>
                <w:lang w:eastAsia="zh-TW"/>
              </w:rPr>
              <w:t>1</w:t>
            </w:r>
            <w:r w:rsidRPr="00B54872">
              <w:rPr>
                <w:color w:val="000000"/>
                <w:sz w:val="28"/>
                <w:szCs w:val="28"/>
                <w:lang w:eastAsia="zh-TW"/>
              </w:rPr>
              <w:t>次，若修正</w:t>
            </w:r>
            <w:r w:rsidRPr="00B54872">
              <w:rPr>
                <w:color w:val="000000"/>
                <w:sz w:val="28"/>
                <w:szCs w:val="28"/>
                <w:lang w:eastAsia="zh-TW"/>
              </w:rPr>
              <w:t>2</w:t>
            </w:r>
            <w:r w:rsidRPr="00B54872">
              <w:rPr>
                <w:color w:val="000000"/>
                <w:sz w:val="28"/>
                <w:szCs w:val="28"/>
                <w:lang w:eastAsia="zh-TW"/>
              </w:rPr>
              <w:t>次、毽子落地或停止時即算活動結束。</w:t>
            </w:r>
          </w:p>
          <w:p w14:paraId="2B68E71D" w14:textId="77777777" w:rsidR="007A6DDE" w:rsidRPr="00881590"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lang w:eastAsia="zh-TW"/>
              </w:rPr>
            </w:pPr>
            <w:r w:rsidRPr="00B54872">
              <w:rPr>
                <w:color w:val="000000"/>
                <w:sz w:val="28"/>
                <w:szCs w:val="28"/>
                <w:lang w:eastAsia="zh-TW"/>
              </w:rPr>
              <w:t>以大武動作累計最多者成績愈佳，以此類推。成績以特優、優等、甲等成績計算，特優</w:t>
            </w:r>
            <w:r w:rsidRPr="00B54872">
              <w:rPr>
                <w:color w:val="000000"/>
                <w:sz w:val="28"/>
                <w:szCs w:val="28"/>
                <w:lang w:eastAsia="zh-TW"/>
              </w:rPr>
              <w:t>8</w:t>
            </w:r>
            <w:r w:rsidRPr="00B54872">
              <w:rPr>
                <w:color w:val="000000"/>
                <w:sz w:val="28"/>
                <w:szCs w:val="28"/>
                <w:lang w:eastAsia="zh-TW"/>
              </w:rPr>
              <w:t>次或以上、優等</w:t>
            </w:r>
            <w:r w:rsidRPr="00B54872">
              <w:rPr>
                <w:color w:val="000000"/>
                <w:sz w:val="28"/>
                <w:szCs w:val="28"/>
                <w:lang w:eastAsia="zh-TW"/>
              </w:rPr>
              <w:t>5</w:t>
            </w:r>
            <w:r w:rsidRPr="00B54872">
              <w:rPr>
                <w:color w:val="000000"/>
                <w:sz w:val="28"/>
                <w:szCs w:val="28"/>
                <w:lang w:eastAsia="zh-TW"/>
              </w:rPr>
              <w:t>至</w:t>
            </w:r>
            <w:r w:rsidRPr="00B54872">
              <w:rPr>
                <w:color w:val="000000"/>
                <w:sz w:val="28"/>
                <w:szCs w:val="28"/>
                <w:lang w:eastAsia="zh-TW"/>
              </w:rPr>
              <w:t>7</w:t>
            </w:r>
            <w:r w:rsidRPr="00B54872">
              <w:rPr>
                <w:color w:val="000000"/>
                <w:sz w:val="28"/>
                <w:szCs w:val="28"/>
                <w:lang w:eastAsia="zh-TW"/>
              </w:rPr>
              <w:t>次之間、甲等</w:t>
            </w:r>
            <w:r w:rsidRPr="00B54872">
              <w:rPr>
                <w:color w:val="000000"/>
                <w:sz w:val="28"/>
                <w:szCs w:val="28"/>
                <w:lang w:eastAsia="zh-TW"/>
              </w:rPr>
              <w:t>2</w:t>
            </w:r>
            <w:r w:rsidRPr="00B54872">
              <w:rPr>
                <w:color w:val="000000"/>
                <w:sz w:val="28"/>
                <w:szCs w:val="28"/>
                <w:lang w:eastAsia="zh-TW"/>
              </w:rPr>
              <w:t>次至</w:t>
            </w:r>
            <w:r w:rsidRPr="00B54872">
              <w:rPr>
                <w:color w:val="000000"/>
                <w:sz w:val="28"/>
                <w:szCs w:val="28"/>
                <w:lang w:eastAsia="zh-TW"/>
              </w:rPr>
              <w:t>4</w:t>
            </w:r>
            <w:r w:rsidRPr="00B54872">
              <w:rPr>
                <w:color w:val="000000"/>
                <w:sz w:val="28"/>
                <w:szCs w:val="28"/>
                <w:lang w:eastAsia="zh-TW"/>
              </w:rPr>
              <w:t>次之間。</w:t>
            </w:r>
          </w:p>
        </w:tc>
      </w:tr>
    </w:tbl>
    <w:p w14:paraId="5A47F03E" w14:textId="77777777" w:rsidR="007A6DDE" w:rsidRPr="00881590" w:rsidRDefault="007A6DDE" w:rsidP="007A6DDE">
      <w:pPr>
        <w:pStyle w:val="3"/>
        <w:numPr>
          <w:ilvl w:val="0"/>
          <w:numId w:val="0"/>
        </w:numPr>
        <w:spacing w:beforeLines="50" w:before="120" w:afterLines="50" w:after="120" w:line="240" w:lineRule="auto"/>
        <w:ind w:left="1117" w:hanging="839"/>
        <w:jc w:val="both"/>
        <w:rPr>
          <w:b/>
          <w:sz w:val="28"/>
          <w:szCs w:val="28"/>
        </w:rPr>
      </w:pPr>
      <w:r w:rsidRPr="00881590">
        <w:rPr>
          <w:sz w:val="28"/>
          <w:szCs w:val="28"/>
        </w:rPr>
        <w:t>（</w:t>
      </w:r>
      <w:proofErr w:type="spellStart"/>
      <w:r w:rsidRPr="00881590">
        <w:rPr>
          <w:sz w:val="28"/>
          <w:szCs w:val="28"/>
        </w:rPr>
        <w:t>四）團體限時計次</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28"/>
      </w:tblGrid>
      <w:tr w:rsidR="007A6DDE" w:rsidRPr="00881590" w14:paraId="4ABEBEBB" w14:textId="77777777" w:rsidTr="00B54872">
        <w:trPr>
          <w:trHeight w:val="20"/>
          <w:tblHeader/>
          <w:jc w:val="center"/>
        </w:trPr>
        <w:tc>
          <w:tcPr>
            <w:tcW w:w="9000" w:type="dxa"/>
            <w:tcMar>
              <w:top w:w="55" w:type="dxa"/>
              <w:left w:w="80" w:type="dxa"/>
              <w:bottom w:w="55" w:type="dxa"/>
              <w:right w:w="80" w:type="dxa"/>
            </w:tcMar>
            <w:vAlign w:val="center"/>
          </w:tcPr>
          <w:p w14:paraId="14D85843" w14:textId="77777777" w:rsidR="007A6DDE" w:rsidRPr="00881590" w:rsidRDefault="007A6DDE" w:rsidP="00D56411">
            <w:pPr>
              <w:spacing w:line="240" w:lineRule="auto"/>
              <w:jc w:val="center"/>
              <w:rPr>
                <w:sz w:val="28"/>
                <w:szCs w:val="28"/>
                <w:lang w:eastAsia="zh-TW"/>
              </w:rPr>
            </w:pPr>
            <w:r w:rsidRPr="00881590">
              <w:rPr>
                <w:sz w:val="28"/>
                <w:szCs w:val="28"/>
                <w:lang w:eastAsia="zh-TW"/>
              </w:rPr>
              <w:t>踢毽團體限時計次實施方式</w:t>
            </w:r>
          </w:p>
        </w:tc>
      </w:tr>
      <w:tr w:rsidR="007A6DDE" w:rsidRPr="00881590" w14:paraId="379BC5FA" w14:textId="77777777" w:rsidTr="00B54872">
        <w:trPr>
          <w:trHeight w:val="20"/>
          <w:jc w:val="center"/>
        </w:trPr>
        <w:tc>
          <w:tcPr>
            <w:tcW w:w="9000" w:type="dxa"/>
            <w:tcMar>
              <w:top w:w="55" w:type="dxa"/>
              <w:left w:w="80" w:type="dxa"/>
              <w:bottom w:w="55" w:type="dxa"/>
              <w:right w:w="80" w:type="dxa"/>
            </w:tcMar>
            <w:vAlign w:val="center"/>
          </w:tcPr>
          <w:p w14:paraId="12A7F536"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活動限制：每單位各組別限報名</w:t>
            </w:r>
            <w:r w:rsidRPr="00B54872">
              <w:rPr>
                <w:color w:val="000000"/>
                <w:sz w:val="28"/>
                <w:szCs w:val="28"/>
                <w:lang w:eastAsia="zh-TW"/>
              </w:rPr>
              <w:t>3</w:t>
            </w:r>
            <w:r w:rsidRPr="00B54872">
              <w:rPr>
                <w:color w:val="000000"/>
                <w:sz w:val="28"/>
                <w:szCs w:val="28"/>
                <w:lang w:eastAsia="zh-TW"/>
              </w:rPr>
              <w:t>隊，每人限報一隊，男女分組，可男女混合報名，但須報名男子組。</w:t>
            </w:r>
          </w:p>
          <w:p w14:paraId="5076D3F6"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活動人數：每隊</w:t>
            </w:r>
            <w:r w:rsidRPr="00B54872">
              <w:rPr>
                <w:color w:val="000000"/>
                <w:sz w:val="28"/>
                <w:szCs w:val="28"/>
                <w:lang w:eastAsia="zh-TW"/>
              </w:rPr>
              <w:t>3</w:t>
            </w:r>
            <w:r w:rsidRPr="00B54872">
              <w:rPr>
                <w:color w:val="000000"/>
                <w:sz w:val="28"/>
                <w:szCs w:val="28"/>
                <w:lang w:eastAsia="zh-TW"/>
              </w:rPr>
              <w:t>人。</w:t>
            </w:r>
          </w:p>
          <w:p w14:paraId="79AE58CF"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如遇特殊狀況導致已報名選手不足以活動，大會允許該參賽單位進行選手替換，惟該參賽單位需檢附蓋有參賽單位關防或負責人簽章證明之替換資料（見附件）。</w:t>
            </w:r>
          </w:p>
          <w:p w14:paraId="3091F23D"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器材規範：活動器材需自備，大會無提供相關器材。</w:t>
            </w:r>
          </w:p>
          <w:p w14:paraId="6A06DD82"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時間：</w:t>
            </w:r>
            <w:r w:rsidRPr="00B54872">
              <w:rPr>
                <w:color w:val="000000"/>
                <w:sz w:val="28"/>
                <w:szCs w:val="28"/>
                <w:lang w:eastAsia="zh-TW"/>
              </w:rPr>
              <w:t>3</w:t>
            </w:r>
            <w:r w:rsidRPr="00B54872">
              <w:rPr>
                <w:color w:val="000000"/>
                <w:sz w:val="28"/>
                <w:szCs w:val="28"/>
                <w:lang w:eastAsia="zh-TW"/>
              </w:rPr>
              <w:t>分鐘。</w:t>
            </w:r>
          </w:p>
          <w:p w14:paraId="246CABC8"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活動規則：</w:t>
            </w:r>
          </w:p>
          <w:p w14:paraId="7806CC2E" w14:textId="77777777" w:rsidR="007A6DDE" w:rsidRPr="00881590" w:rsidRDefault="007A6DDE" w:rsidP="00D56411">
            <w:pPr>
              <w:pBdr>
                <w:top w:val="nil"/>
                <w:left w:val="nil"/>
                <w:bottom w:val="nil"/>
                <w:right w:val="nil"/>
                <w:between w:val="nil"/>
              </w:pBdr>
              <w:spacing w:line="240" w:lineRule="auto"/>
              <w:ind w:left="1001" w:hanging="482"/>
              <w:rPr>
                <w:lang w:eastAsia="zh-TW"/>
              </w:rPr>
            </w:pPr>
            <w:r w:rsidRPr="00881590">
              <w:rPr>
                <w:lang w:eastAsia="zh-TW"/>
              </w:rPr>
              <w:t>◎</w:t>
            </w:r>
            <w:r w:rsidRPr="00881590">
              <w:rPr>
                <w:lang w:eastAsia="zh-TW"/>
              </w:rPr>
              <w:t>每組活動開始時由主任裁判以口令方式，「各就位、預備、開始。」</w:t>
            </w:r>
          </w:p>
          <w:p w14:paraId="37D3E737" w14:textId="77777777" w:rsidR="007A6DDE" w:rsidRPr="00881590" w:rsidRDefault="007A6DDE" w:rsidP="00D56411">
            <w:pPr>
              <w:pBdr>
                <w:top w:val="nil"/>
                <w:left w:val="nil"/>
                <w:bottom w:val="nil"/>
                <w:right w:val="nil"/>
                <w:between w:val="nil"/>
              </w:pBdr>
              <w:spacing w:line="240" w:lineRule="auto"/>
              <w:ind w:left="1001" w:hanging="482"/>
              <w:rPr>
                <w:lang w:eastAsia="zh-TW"/>
              </w:rPr>
            </w:pPr>
            <w:r w:rsidRPr="00881590">
              <w:rPr>
                <w:lang w:eastAsia="zh-TW"/>
              </w:rPr>
              <w:lastRenderedPageBreak/>
              <w:t>◎</w:t>
            </w:r>
            <w:r w:rsidRPr="00881590">
              <w:rPr>
                <w:lang w:eastAsia="zh-TW"/>
              </w:rPr>
              <w:t>活動開始時，三人站成三角形，哨音開始時，甲以逆時鐘踢給乙，乙再踢給丙，丙踢給甲，形成三角形逆時鐘循環。</w:t>
            </w:r>
            <w:r w:rsidRPr="00881590">
              <w:rPr>
                <w:lang w:eastAsia="zh-TW"/>
              </w:rPr>
              <w:t>1</w:t>
            </w:r>
            <w:r w:rsidRPr="00881590">
              <w:rPr>
                <w:lang w:eastAsia="zh-TW"/>
              </w:rPr>
              <w:t>分</w:t>
            </w:r>
            <w:r w:rsidRPr="00881590">
              <w:rPr>
                <w:lang w:eastAsia="zh-TW"/>
              </w:rPr>
              <w:t>30</w:t>
            </w:r>
            <w:r w:rsidRPr="00881590">
              <w:rPr>
                <w:lang w:eastAsia="zh-TW"/>
              </w:rPr>
              <w:t>秒，裁判吹哨時，改以順時鐘方向踢給下一位，以此類推。（由順時鐘開始再轉逆時鐘亦可）。</w:t>
            </w:r>
          </w:p>
          <w:p w14:paraId="5759EF0A" w14:textId="77777777" w:rsidR="007A6DDE" w:rsidRPr="00881590" w:rsidRDefault="007A6DDE" w:rsidP="00D56411">
            <w:pPr>
              <w:pBdr>
                <w:top w:val="nil"/>
                <w:left w:val="nil"/>
                <w:bottom w:val="nil"/>
                <w:right w:val="nil"/>
                <w:between w:val="nil"/>
              </w:pBdr>
              <w:spacing w:line="240" w:lineRule="auto"/>
              <w:ind w:left="1001" w:hanging="482"/>
              <w:rPr>
                <w:lang w:eastAsia="zh-TW"/>
              </w:rPr>
            </w:pPr>
            <w:r w:rsidRPr="00881590">
              <w:rPr>
                <w:lang w:eastAsia="zh-TW"/>
              </w:rPr>
              <w:t>◎</w:t>
            </w:r>
            <w:r w:rsidRPr="00881590">
              <w:rPr>
                <w:lang w:eastAsia="zh-TW"/>
              </w:rPr>
              <w:t>動作樣式不限，一人最多得踢一次（第二次算失誤一次，第三次算失誤兩次，以此類推）；若失誤時，任一人重新接續踢即可，失誤時要在</w:t>
            </w:r>
            <w:r w:rsidRPr="00881590">
              <w:rPr>
                <w:lang w:eastAsia="zh-TW"/>
              </w:rPr>
              <w:t>3</w:t>
            </w:r>
            <w:r w:rsidRPr="00881590">
              <w:rPr>
                <w:lang w:eastAsia="zh-TW"/>
              </w:rPr>
              <w:t>秒內撿毽子並開始踢毽，若超過</w:t>
            </w:r>
            <w:r w:rsidRPr="00881590">
              <w:rPr>
                <w:lang w:eastAsia="zh-TW"/>
              </w:rPr>
              <w:t>3</w:t>
            </w:r>
            <w:r w:rsidRPr="00881590">
              <w:rPr>
                <w:lang w:eastAsia="zh-TW"/>
              </w:rPr>
              <w:t>秒，每</w:t>
            </w:r>
            <w:r w:rsidRPr="00881590">
              <w:rPr>
                <w:lang w:eastAsia="zh-TW"/>
              </w:rPr>
              <w:t>3</w:t>
            </w:r>
            <w:r w:rsidRPr="00881590">
              <w:rPr>
                <w:lang w:eastAsia="zh-TW"/>
              </w:rPr>
              <w:t>秒算失誤乙次，以此類推。</w:t>
            </w:r>
          </w:p>
          <w:p w14:paraId="3034261B" w14:textId="77777777" w:rsidR="007A6DDE" w:rsidRPr="00881590" w:rsidRDefault="007A6DDE" w:rsidP="00D56411">
            <w:pPr>
              <w:pBdr>
                <w:top w:val="nil"/>
                <w:left w:val="nil"/>
                <w:bottom w:val="nil"/>
                <w:right w:val="nil"/>
                <w:between w:val="nil"/>
              </w:pBdr>
              <w:spacing w:line="240" w:lineRule="auto"/>
              <w:ind w:left="1001" w:hanging="482"/>
              <w:rPr>
                <w:lang w:eastAsia="zh-TW"/>
              </w:rPr>
            </w:pPr>
            <w:r w:rsidRPr="00881590">
              <w:rPr>
                <w:lang w:eastAsia="zh-TW"/>
              </w:rPr>
              <w:t>◎</w:t>
            </w:r>
            <w:r w:rsidRPr="00881590">
              <w:rPr>
                <w:lang w:eastAsia="zh-TW"/>
              </w:rPr>
              <w:t>不計算踢毽次數，以踢毽失誤之總和來評定勝負，次數愈少者獲勝，次數相同時，以動作優美有變化者獲勝。成績以特優、優等、甲等成績計算，特優</w:t>
            </w:r>
            <w:r w:rsidRPr="00881590">
              <w:rPr>
                <w:lang w:eastAsia="zh-TW"/>
              </w:rPr>
              <w:t>3</w:t>
            </w:r>
            <w:r w:rsidRPr="00881590">
              <w:rPr>
                <w:lang w:eastAsia="zh-TW"/>
              </w:rPr>
              <w:t>次（含）以下、優等</w:t>
            </w:r>
            <w:r w:rsidRPr="00881590">
              <w:rPr>
                <w:lang w:eastAsia="zh-TW"/>
              </w:rPr>
              <w:t>4</w:t>
            </w:r>
            <w:r w:rsidRPr="00881590">
              <w:rPr>
                <w:lang w:eastAsia="zh-TW"/>
              </w:rPr>
              <w:t>至</w:t>
            </w:r>
            <w:r w:rsidRPr="00881590">
              <w:rPr>
                <w:lang w:eastAsia="zh-TW"/>
              </w:rPr>
              <w:t>6</w:t>
            </w:r>
            <w:r w:rsidRPr="00881590">
              <w:rPr>
                <w:lang w:eastAsia="zh-TW"/>
              </w:rPr>
              <w:t>次之間、甲等</w:t>
            </w:r>
            <w:r w:rsidRPr="00881590">
              <w:rPr>
                <w:lang w:eastAsia="zh-TW"/>
              </w:rPr>
              <w:t>7</w:t>
            </w:r>
            <w:r w:rsidRPr="00881590">
              <w:rPr>
                <w:lang w:eastAsia="zh-TW"/>
              </w:rPr>
              <w:t>至</w:t>
            </w:r>
            <w:r w:rsidRPr="00881590">
              <w:rPr>
                <w:lang w:eastAsia="zh-TW"/>
              </w:rPr>
              <w:t>12</w:t>
            </w:r>
            <w:r w:rsidRPr="00881590">
              <w:rPr>
                <w:lang w:eastAsia="zh-TW"/>
              </w:rPr>
              <w:t>次之間。</w:t>
            </w:r>
          </w:p>
          <w:p w14:paraId="5BA69A9F" w14:textId="77777777" w:rsidR="007A6DDE" w:rsidRPr="00881590" w:rsidRDefault="007A6DDE" w:rsidP="00D56411">
            <w:pPr>
              <w:pBdr>
                <w:top w:val="nil"/>
                <w:left w:val="nil"/>
                <w:bottom w:val="nil"/>
                <w:right w:val="nil"/>
                <w:between w:val="nil"/>
              </w:pBdr>
              <w:spacing w:line="240" w:lineRule="auto"/>
              <w:ind w:left="1001" w:hanging="229"/>
              <w:rPr>
                <w:sz w:val="23"/>
                <w:szCs w:val="23"/>
              </w:rPr>
            </w:pPr>
            <w:r w:rsidRPr="00881590">
              <w:rPr>
                <w:lang w:eastAsia="zh-TW"/>
              </w:rPr>
              <w:t xml:space="preserve">                          </w:t>
            </w:r>
            <w:r w:rsidRPr="00881590">
              <w:t>甲</w:t>
            </w:r>
          </w:p>
          <w:p w14:paraId="2186A42C" w14:textId="77777777" w:rsidR="007A6DDE" w:rsidRPr="00881590" w:rsidRDefault="00626B08" w:rsidP="00D56411">
            <w:pPr>
              <w:pBdr>
                <w:top w:val="nil"/>
                <w:left w:val="nil"/>
                <w:bottom w:val="nil"/>
                <w:right w:val="nil"/>
                <w:between w:val="nil"/>
              </w:pBdr>
              <w:spacing w:line="240" w:lineRule="auto"/>
              <w:ind w:left="1001" w:hanging="229"/>
              <w:rPr>
                <w:sz w:val="23"/>
                <w:szCs w:val="23"/>
              </w:rPr>
            </w:pPr>
            <w:r w:rsidRPr="00881590">
              <w:rPr>
                <w:noProof/>
                <w:lang w:eastAsia="zh-TW"/>
              </w:rPr>
              <mc:AlternateContent>
                <mc:Choice Requires="wps">
                  <w:drawing>
                    <wp:anchor distT="0" distB="0" distL="114300" distR="114300" simplePos="0" relativeHeight="251659264" behindDoc="0" locked="0" layoutInCell="1" hidden="0" allowOverlap="1" wp14:anchorId="6D5D0ECF" wp14:editId="260E1C74">
                      <wp:simplePos x="0" y="0"/>
                      <wp:positionH relativeFrom="column">
                        <wp:posOffset>1146810</wp:posOffset>
                      </wp:positionH>
                      <wp:positionV relativeFrom="paragraph">
                        <wp:posOffset>42545</wp:posOffset>
                      </wp:positionV>
                      <wp:extent cx="774700" cy="509270"/>
                      <wp:effectExtent l="12700" t="12700" r="12700" b="11430"/>
                      <wp:wrapNone/>
                      <wp:docPr id="2" name="三角形 2"/>
                      <wp:cNvGraphicFramePr/>
                      <a:graphic xmlns:a="http://schemas.openxmlformats.org/drawingml/2006/main">
                        <a:graphicData uri="http://schemas.microsoft.com/office/word/2010/wordprocessingShape">
                          <wps:wsp>
                            <wps:cNvSpPr/>
                            <wps:spPr>
                              <a:xfrm>
                                <a:off x="0" y="0"/>
                                <a:ext cx="774700" cy="509270"/>
                              </a:xfrm>
                              <a:prstGeom prst="triangle">
                                <a:avLst>
                                  <a:gd name="adj" fmla="val 50000"/>
                                </a:avLst>
                              </a:prstGeom>
                              <a:solidFill>
                                <a:schemeClr val="lt1"/>
                              </a:solidFill>
                              <a:ln w="25400" cap="flat" cmpd="sng">
                                <a:solidFill>
                                  <a:schemeClr val="dk1"/>
                                </a:solidFill>
                                <a:prstDash val="solid"/>
                                <a:round/>
                                <a:headEnd type="none" w="sm" len="sm"/>
                                <a:tailEnd type="none" w="sm" len="sm"/>
                              </a:ln>
                            </wps:spPr>
                            <wps:txbx>
                              <w:txbxContent>
                                <w:p w14:paraId="0B41F7A6" w14:textId="77777777" w:rsidR="007A6DDE" w:rsidRDefault="007A6DDE" w:rsidP="007A6DDE">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D64647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三角形 2" o:spid="_x0000_s1026" type="#_x0000_t5" style="position:absolute;left:0;text-align:left;margin-left:90.3pt;margin-top:3.35pt;width:61pt;height: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" fillcolor="white [3201]" strokecolor="black [3200]" strokeweight="2pt">
                      <v:stroke startarrowwidth="narrow" startarrowlength="short" endarrowwidth="narrow" endarrowlength="short" joinstyle="round"/>
                      <v:textbox inset="2.53958mm,2.53958mm,2.53958mm,2.53958mm">
                        <w:txbxContent>
                          <w:p w14:paraId="173C6D3F" w14:textId="77777777" w:rsidR="007A6DDE" w:rsidRDefault="007A6DDE" w:rsidP="007A6DDE">
                            <w:pPr>
                              <w:textDirection w:val="btLr"/>
                            </w:pPr>
                          </w:p>
                        </w:txbxContent>
                      </v:textbox>
                    </v:shape>
                  </w:pict>
                </mc:Fallback>
              </mc:AlternateContent>
            </w:r>
          </w:p>
          <w:p w14:paraId="455500BA" w14:textId="77777777" w:rsidR="007A6DDE" w:rsidRPr="00881590" w:rsidRDefault="007A6DDE" w:rsidP="00D56411">
            <w:pPr>
              <w:pBdr>
                <w:top w:val="nil"/>
                <w:left w:val="nil"/>
                <w:bottom w:val="nil"/>
                <w:right w:val="nil"/>
                <w:between w:val="nil"/>
              </w:pBdr>
              <w:spacing w:line="240" w:lineRule="auto"/>
              <w:ind w:left="1001" w:hanging="229"/>
              <w:rPr>
                <w:sz w:val="23"/>
                <w:szCs w:val="23"/>
              </w:rPr>
            </w:pPr>
          </w:p>
          <w:p w14:paraId="6909CA1E" w14:textId="77777777" w:rsidR="007A6DDE" w:rsidRPr="00881590" w:rsidRDefault="007A6DDE" w:rsidP="00D56411">
            <w:pPr>
              <w:pBdr>
                <w:top w:val="nil"/>
                <w:left w:val="nil"/>
                <w:bottom w:val="nil"/>
                <w:right w:val="nil"/>
                <w:between w:val="nil"/>
              </w:pBdr>
              <w:spacing w:line="240" w:lineRule="auto"/>
              <w:ind w:left="1001" w:hanging="229"/>
              <w:rPr>
                <w:sz w:val="23"/>
                <w:szCs w:val="23"/>
              </w:rPr>
            </w:pPr>
            <w:r w:rsidRPr="00881590">
              <w:t xml:space="preserve">           </w:t>
            </w:r>
            <w:r w:rsidRPr="00881590">
              <w:t>乙</w:t>
            </w:r>
            <w:r w:rsidRPr="00881590">
              <w:t xml:space="preserve">                           </w:t>
            </w:r>
            <w:r w:rsidRPr="00881590">
              <w:t>丙</w:t>
            </w:r>
          </w:p>
        </w:tc>
      </w:tr>
    </w:tbl>
    <w:p w14:paraId="6E06E2EE" w14:textId="77777777" w:rsidR="007A6DDE" w:rsidRPr="00881590" w:rsidRDefault="007A6DDE" w:rsidP="00626B08">
      <w:pPr>
        <w:pStyle w:val="3"/>
        <w:numPr>
          <w:ilvl w:val="0"/>
          <w:numId w:val="0"/>
        </w:numPr>
        <w:spacing w:beforeLines="50" w:before="120" w:afterLines="50" w:after="120" w:line="240" w:lineRule="auto"/>
        <w:ind w:left="1117" w:hanging="839"/>
        <w:jc w:val="both"/>
        <w:rPr>
          <w:b/>
          <w:sz w:val="28"/>
          <w:szCs w:val="28"/>
        </w:rPr>
      </w:pPr>
      <w:r w:rsidRPr="00881590">
        <w:rPr>
          <w:sz w:val="28"/>
          <w:szCs w:val="28"/>
        </w:rPr>
        <w:lastRenderedPageBreak/>
        <w:t>（</w:t>
      </w:r>
      <w:proofErr w:type="spellStart"/>
      <w:r w:rsidRPr="00881590">
        <w:rPr>
          <w:sz w:val="28"/>
          <w:szCs w:val="28"/>
        </w:rPr>
        <w:t>五）個人網毽</w:t>
      </w:r>
      <w:proofErr w:type="spellEnd"/>
    </w:p>
    <w:tbl>
      <w:tblPr>
        <w:tblW w:w="5000" w:type="pct"/>
        <w:jc w:val="center"/>
        <w:tblLook w:val="0000" w:firstRow="0" w:lastRow="0" w:firstColumn="0" w:lastColumn="0" w:noHBand="0" w:noVBand="0"/>
      </w:tblPr>
      <w:tblGrid>
        <w:gridCol w:w="9628"/>
      </w:tblGrid>
      <w:tr w:rsidR="007A6DDE" w:rsidRPr="00881590" w14:paraId="4A9987C8" w14:textId="77777777" w:rsidTr="00B54872">
        <w:trPr>
          <w:trHeight w:val="20"/>
          <w:tblHeader/>
          <w:jc w:val="center"/>
        </w:trPr>
        <w:tc>
          <w:tcPr>
            <w:tcW w:w="900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193CBFDF" w14:textId="77777777" w:rsidR="007A6DDE" w:rsidRPr="00881590" w:rsidRDefault="007A6DDE" w:rsidP="00D56411">
            <w:pPr>
              <w:spacing w:line="240" w:lineRule="auto"/>
              <w:jc w:val="center"/>
              <w:rPr>
                <w:lang w:eastAsia="zh-TW"/>
              </w:rPr>
            </w:pPr>
            <w:r w:rsidRPr="00881590">
              <w:rPr>
                <w:sz w:val="28"/>
                <w:szCs w:val="28"/>
                <w:lang w:eastAsia="zh-TW"/>
              </w:rPr>
              <w:t>個人</w:t>
            </w:r>
            <w:bookmarkStart w:id="7" w:name="_Hlk177107967"/>
            <w:r w:rsidRPr="00881590">
              <w:rPr>
                <w:sz w:val="28"/>
                <w:szCs w:val="28"/>
                <w:lang w:eastAsia="zh-TW"/>
              </w:rPr>
              <w:t>網毽</w:t>
            </w:r>
            <w:bookmarkEnd w:id="7"/>
            <w:r w:rsidRPr="00881590">
              <w:rPr>
                <w:sz w:val="28"/>
                <w:szCs w:val="28"/>
                <w:lang w:eastAsia="zh-TW"/>
              </w:rPr>
              <w:t>活動實施方式</w:t>
            </w:r>
          </w:p>
        </w:tc>
      </w:tr>
      <w:tr w:rsidR="007A6DDE" w:rsidRPr="00881590" w14:paraId="473942CA" w14:textId="77777777" w:rsidTr="00B54872">
        <w:trPr>
          <w:trHeight w:val="20"/>
          <w:jc w:val="center"/>
        </w:trPr>
        <w:tc>
          <w:tcPr>
            <w:tcW w:w="900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7EFADF37" w14:textId="77777777" w:rsidR="007A6DDE" w:rsidRPr="00881590" w:rsidRDefault="007A6DDE" w:rsidP="00D56411">
            <w:pPr>
              <w:numPr>
                <w:ilvl w:val="0"/>
                <w:numId w:val="3"/>
              </w:numPr>
              <w:spacing w:line="240" w:lineRule="auto"/>
              <w:ind w:left="482" w:hanging="482"/>
              <w:rPr>
                <w:lang w:eastAsia="zh-TW"/>
              </w:rPr>
            </w:pPr>
            <w:r w:rsidRPr="00881590">
              <w:rPr>
                <w:lang w:eastAsia="zh-TW"/>
              </w:rPr>
              <w:t>活動限制：每單位各組別限報名</w:t>
            </w:r>
            <w:r w:rsidRPr="00881590">
              <w:rPr>
                <w:lang w:eastAsia="zh-TW"/>
              </w:rPr>
              <w:t>2</w:t>
            </w:r>
            <w:r w:rsidRPr="00881590">
              <w:rPr>
                <w:lang w:eastAsia="zh-TW"/>
              </w:rPr>
              <w:t>隊，男女分組。</w:t>
            </w:r>
          </w:p>
          <w:p w14:paraId="79523FD5"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活動人數：每隊</w:t>
            </w:r>
            <w:r w:rsidRPr="00B54872">
              <w:rPr>
                <w:color w:val="000000"/>
                <w:sz w:val="28"/>
                <w:szCs w:val="28"/>
                <w:lang w:eastAsia="zh-TW"/>
              </w:rPr>
              <w:t>1</w:t>
            </w:r>
            <w:r w:rsidRPr="00B54872">
              <w:rPr>
                <w:color w:val="000000"/>
                <w:sz w:val="28"/>
                <w:szCs w:val="28"/>
                <w:lang w:eastAsia="zh-TW"/>
              </w:rPr>
              <w:t>人。</w:t>
            </w:r>
          </w:p>
          <w:p w14:paraId="6367BC26"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器材規範：由大會提供毽子。</w:t>
            </w:r>
          </w:p>
          <w:p w14:paraId="1DA9DBB1"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活動規則：</w:t>
            </w:r>
          </w:p>
          <w:p w14:paraId="185DDFA2" w14:textId="77777777" w:rsidR="007A6DDE" w:rsidRPr="00881590" w:rsidRDefault="007A6DDE" w:rsidP="00D56411">
            <w:pPr>
              <w:spacing w:line="240" w:lineRule="auto"/>
              <w:ind w:left="482"/>
              <w:rPr>
                <w:lang w:eastAsia="zh-TW"/>
              </w:rPr>
            </w:pPr>
            <w:r w:rsidRPr="00881590">
              <w:rPr>
                <w:lang w:eastAsia="zh-TW"/>
              </w:rPr>
              <w:t>◎</w:t>
            </w:r>
            <w:r w:rsidRPr="00881590">
              <w:rPr>
                <w:lang w:eastAsia="zh-TW"/>
              </w:rPr>
              <w:t>依報名隊數採單淘汰制。</w:t>
            </w:r>
          </w:p>
          <w:p w14:paraId="64590485" w14:textId="77777777" w:rsidR="007A6DDE" w:rsidRPr="00881590" w:rsidRDefault="007A6DDE" w:rsidP="00D56411">
            <w:pPr>
              <w:spacing w:line="240" w:lineRule="auto"/>
              <w:ind w:left="482"/>
              <w:rPr>
                <w:lang w:eastAsia="zh-TW"/>
              </w:rPr>
            </w:pPr>
            <w:r w:rsidRPr="00881590">
              <w:rPr>
                <w:lang w:eastAsia="zh-TW"/>
              </w:rPr>
              <w:t>◎</w:t>
            </w:r>
            <w:r w:rsidRPr="00881590">
              <w:rPr>
                <w:lang w:eastAsia="zh-TW"/>
              </w:rPr>
              <w:t>動作及規則：依照中華民國民俗體育運動協會</w:t>
            </w:r>
            <w:r w:rsidRPr="00881590">
              <w:rPr>
                <w:lang w:eastAsia="zh-TW"/>
              </w:rPr>
              <w:t>112</w:t>
            </w:r>
            <w:r w:rsidRPr="00881590">
              <w:rPr>
                <w:lang w:eastAsia="zh-TW"/>
              </w:rPr>
              <w:t>年之最新規則。</w:t>
            </w:r>
          </w:p>
          <w:p w14:paraId="460F44C6" w14:textId="77777777" w:rsidR="007A6DDE" w:rsidRPr="00881590" w:rsidRDefault="007A6DDE" w:rsidP="00D56411">
            <w:pPr>
              <w:spacing w:line="240" w:lineRule="auto"/>
              <w:ind w:left="482"/>
              <w:rPr>
                <w:lang w:eastAsia="zh-TW"/>
              </w:rPr>
            </w:pPr>
            <w:r w:rsidRPr="00881590">
              <w:rPr>
                <w:lang w:eastAsia="zh-TW"/>
              </w:rPr>
              <w:t>◎</w:t>
            </w:r>
            <w:r w:rsidRPr="00881590">
              <w:rPr>
                <w:lang w:eastAsia="zh-TW"/>
              </w:rPr>
              <w:t>局數：採三戰二勝制。</w:t>
            </w:r>
          </w:p>
          <w:p w14:paraId="52CE2D54" w14:textId="77777777" w:rsidR="00B54872" w:rsidRDefault="007A6DDE" w:rsidP="00B54872">
            <w:pPr>
              <w:spacing w:line="240" w:lineRule="auto"/>
              <w:ind w:left="482"/>
              <w:rPr>
                <w:lang w:eastAsia="zh-TW"/>
              </w:rPr>
            </w:pPr>
            <w:r w:rsidRPr="00881590">
              <w:rPr>
                <w:lang w:eastAsia="zh-TW"/>
              </w:rPr>
              <w:t>◎</w:t>
            </w:r>
            <w:r w:rsidRPr="00881590">
              <w:rPr>
                <w:lang w:eastAsia="zh-TW"/>
              </w:rPr>
              <w:t>場地：依照規則採用長</w:t>
            </w:r>
            <w:r w:rsidRPr="00881590">
              <w:rPr>
                <w:lang w:eastAsia="zh-TW"/>
              </w:rPr>
              <w:t>11.88</w:t>
            </w:r>
            <w:r w:rsidRPr="00881590">
              <w:rPr>
                <w:lang w:eastAsia="zh-TW"/>
              </w:rPr>
              <w:t>公尺，寬</w:t>
            </w:r>
            <w:r w:rsidRPr="00881590">
              <w:rPr>
                <w:lang w:eastAsia="zh-TW"/>
              </w:rPr>
              <w:t>5.26</w:t>
            </w:r>
            <w:r w:rsidRPr="00881590">
              <w:rPr>
                <w:lang w:eastAsia="zh-TW"/>
              </w:rPr>
              <w:t>公尺之場地。</w:t>
            </w:r>
          </w:p>
          <w:p w14:paraId="4AADE1B5" w14:textId="77777777" w:rsidR="007A6DDE" w:rsidRPr="00881590" w:rsidRDefault="007A6DDE" w:rsidP="00B54872">
            <w:pPr>
              <w:spacing w:line="240" w:lineRule="auto"/>
              <w:ind w:left="482"/>
              <w:rPr>
                <w:lang w:eastAsia="zh-TW"/>
              </w:rPr>
            </w:pPr>
            <w:r w:rsidRPr="00881590">
              <w:rPr>
                <w:lang w:eastAsia="zh-TW"/>
              </w:rPr>
              <w:t>◎</w:t>
            </w:r>
            <w:r w:rsidRPr="00881590">
              <w:rPr>
                <w:lang w:eastAsia="zh-TW"/>
              </w:rPr>
              <w:t>網高：各組別皆採用</w:t>
            </w:r>
            <w:r w:rsidRPr="00881590">
              <w:rPr>
                <w:lang w:eastAsia="zh-TW"/>
              </w:rPr>
              <w:t>155</w:t>
            </w:r>
            <w:r w:rsidRPr="00881590">
              <w:rPr>
                <w:lang w:eastAsia="zh-TW"/>
              </w:rPr>
              <w:t>公分。</w:t>
            </w:r>
          </w:p>
          <w:p w14:paraId="0BB8AFB4" w14:textId="77777777" w:rsidR="007A6DDE" w:rsidRPr="00881590"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sz w:val="23"/>
                <w:szCs w:val="23"/>
                <w:lang w:eastAsia="zh-TW"/>
              </w:rPr>
            </w:pPr>
            <w:r w:rsidRPr="00B54872">
              <w:rPr>
                <w:color w:val="000000"/>
                <w:sz w:val="28"/>
                <w:szCs w:val="28"/>
                <w:lang w:eastAsia="zh-TW"/>
              </w:rPr>
              <w:t>成績以特優、優等、甲等成績計算，得由裁判依照選手之表現評定之。</w:t>
            </w:r>
          </w:p>
        </w:tc>
      </w:tr>
    </w:tbl>
    <w:p w14:paraId="7AC41446" w14:textId="77777777" w:rsidR="007A6DDE" w:rsidRPr="00881590" w:rsidRDefault="007A6DDE" w:rsidP="00626B08">
      <w:pPr>
        <w:pStyle w:val="3"/>
        <w:numPr>
          <w:ilvl w:val="0"/>
          <w:numId w:val="0"/>
        </w:numPr>
        <w:spacing w:beforeLines="50" w:before="120" w:afterLines="50" w:after="120" w:line="240" w:lineRule="auto"/>
        <w:ind w:left="1117" w:hanging="839"/>
        <w:jc w:val="both"/>
        <w:rPr>
          <w:b/>
          <w:sz w:val="28"/>
          <w:szCs w:val="28"/>
        </w:rPr>
      </w:pPr>
      <w:r w:rsidRPr="00881590">
        <w:rPr>
          <w:sz w:val="28"/>
          <w:szCs w:val="28"/>
        </w:rPr>
        <w:t>（</w:t>
      </w:r>
      <w:proofErr w:type="spellStart"/>
      <w:r w:rsidRPr="00881590">
        <w:rPr>
          <w:sz w:val="28"/>
          <w:szCs w:val="28"/>
        </w:rPr>
        <w:t>六）雙人網毽</w:t>
      </w:r>
      <w:proofErr w:type="spellEnd"/>
    </w:p>
    <w:tbl>
      <w:tblPr>
        <w:tblW w:w="5000" w:type="pct"/>
        <w:jc w:val="center"/>
        <w:tblLook w:val="0000" w:firstRow="0" w:lastRow="0" w:firstColumn="0" w:lastColumn="0" w:noHBand="0" w:noVBand="0"/>
      </w:tblPr>
      <w:tblGrid>
        <w:gridCol w:w="9628"/>
      </w:tblGrid>
      <w:tr w:rsidR="007A6DDE" w:rsidRPr="00881590" w14:paraId="00CB22D9" w14:textId="77777777" w:rsidTr="00B54872">
        <w:trPr>
          <w:trHeight w:val="20"/>
          <w:tblHeader/>
          <w:jc w:val="center"/>
        </w:trPr>
        <w:tc>
          <w:tcPr>
            <w:tcW w:w="900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4F4AB9EA" w14:textId="77777777" w:rsidR="007A6DDE" w:rsidRPr="00881590" w:rsidRDefault="007A6DDE" w:rsidP="00D56411">
            <w:pPr>
              <w:spacing w:line="240" w:lineRule="auto"/>
              <w:jc w:val="center"/>
              <w:rPr>
                <w:lang w:eastAsia="zh-TW"/>
              </w:rPr>
            </w:pPr>
            <w:r w:rsidRPr="00881590">
              <w:rPr>
                <w:sz w:val="28"/>
                <w:szCs w:val="28"/>
                <w:lang w:eastAsia="zh-TW"/>
              </w:rPr>
              <w:t>雙人網毽活動實施方式</w:t>
            </w:r>
          </w:p>
        </w:tc>
      </w:tr>
      <w:tr w:rsidR="007A6DDE" w:rsidRPr="00881590" w14:paraId="7009979A" w14:textId="77777777" w:rsidTr="00B54872">
        <w:trPr>
          <w:trHeight w:val="20"/>
          <w:jc w:val="center"/>
        </w:trPr>
        <w:tc>
          <w:tcPr>
            <w:tcW w:w="9000" w:type="dxa"/>
            <w:tcBorders>
              <w:top w:val="single" w:sz="4" w:space="0" w:color="000000"/>
              <w:left w:val="single" w:sz="4" w:space="0" w:color="000000"/>
              <w:bottom w:val="single" w:sz="4" w:space="0" w:color="000000"/>
              <w:right w:val="single" w:sz="4" w:space="0" w:color="000000"/>
            </w:tcBorders>
            <w:tcMar>
              <w:top w:w="55" w:type="dxa"/>
              <w:left w:w="80" w:type="dxa"/>
              <w:bottom w:w="55" w:type="dxa"/>
              <w:right w:w="80" w:type="dxa"/>
            </w:tcMar>
            <w:vAlign w:val="center"/>
          </w:tcPr>
          <w:p w14:paraId="0C049456"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活動限制：每單位各組別限報名</w:t>
            </w:r>
            <w:r w:rsidRPr="00B54872">
              <w:rPr>
                <w:color w:val="000000"/>
                <w:sz w:val="28"/>
                <w:szCs w:val="28"/>
                <w:lang w:eastAsia="zh-TW"/>
              </w:rPr>
              <w:t>2</w:t>
            </w:r>
            <w:r w:rsidRPr="00B54872">
              <w:rPr>
                <w:color w:val="000000"/>
                <w:sz w:val="28"/>
                <w:szCs w:val="28"/>
                <w:lang w:eastAsia="zh-TW"/>
              </w:rPr>
              <w:t>隊，男女分組。</w:t>
            </w:r>
          </w:p>
          <w:p w14:paraId="26BB4EE2"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活動人數：每隊</w:t>
            </w:r>
            <w:r w:rsidRPr="00B54872">
              <w:rPr>
                <w:color w:val="000000"/>
                <w:sz w:val="28"/>
                <w:szCs w:val="28"/>
                <w:lang w:eastAsia="zh-TW"/>
              </w:rPr>
              <w:t>2</w:t>
            </w:r>
            <w:r w:rsidRPr="00B54872">
              <w:rPr>
                <w:color w:val="000000"/>
                <w:sz w:val="28"/>
                <w:szCs w:val="28"/>
                <w:lang w:eastAsia="zh-TW"/>
              </w:rPr>
              <w:t>人，不設預備選手。</w:t>
            </w:r>
          </w:p>
          <w:p w14:paraId="7ACDF673"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器材規範：由大會提供毽子。</w:t>
            </w:r>
          </w:p>
          <w:p w14:paraId="4A7480C4" w14:textId="77777777" w:rsidR="007A6DDE" w:rsidRPr="00B54872" w:rsidRDefault="007A6DDE" w:rsidP="00B54872">
            <w:pPr>
              <w:numPr>
                <w:ilvl w:val="0"/>
                <w:numId w:val="3"/>
              </w:numPr>
              <w:tabs>
                <w:tab w:val="clear" w:pos="1080"/>
                <w:tab w:val="num" w:pos="720"/>
              </w:tabs>
              <w:spacing w:line="240" w:lineRule="auto"/>
              <w:ind w:left="482" w:hanging="480"/>
              <w:jc w:val="both"/>
              <w:rPr>
                <w:color w:val="000000"/>
                <w:sz w:val="28"/>
                <w:szCs w:val="28"/>
                <w:lang w:eastAsia="zh-TW"/>
              </w:rPr>
            </w:pPr>
            <w:r w:rsidRPr="00B54872">
              <w:rPr>
                <w:color w:val="000000"/>
                <w:sz w:val="28"/>
                <w:szCs w:val="28"/>
                <w:lang w:eastAsia="zh-TW"/>
              </w:rPr>
              <w:t>活動規則：</w:t>
            </w:r>
          </w:p>
          <w:p w14:paraId="727CBF7C" w14:textId="77777777" w:rsidR="007A6DDE" w:rsidRPr="00881590" w:rsidRDefault="007A6DDE" w:rsidP="00D56411">
            <w:pPr>
              <w:spacing w:line="240" w:lineRule="auto"/>
              <w:ind w:left="482"/>
              <w:rPr>
                <w:lang w:eastAsia="zh-TW"/>
              </w:rPr>
            </w:pPr>
            <w:r w:rsidRPr="00881590">
              <w:rPr>
                <w:lang w:eastAsia="zh-TW"/>
              </w:rPr>
              <w:lastRenderedPageBreak/>
              <w:t>◎</w:t>
            </w:r>
            <w:r w:rsidRPr="00881590">
              <w:rPr>
                <w:lang w:eastAsia="zh-TW"/>
              </w:rPr>
              <w:t>依報名隊數採單淘汰制。</w:t>
            </w:r>
          </w:p>
          <w:p w14:paraId="36CAE18C" w14:textId="77777777" w:rsidR="007A6DDE" w:rsidRPr="00881590" w:rsidRDefault="007A6DDE" w:rsidP="00D56411">
            <w:pPr>
              <w:spacing w:line="240" w:lineRule="auto"/>
              <w:ind w:left="482"/>
              <w:rPr>
                <w:lang w:eastAsia="zh-TW"/>
              </w:rPr>
            </w:pPr>
            <w:r w:rsidRPr="00881590">
              <w:rPr>
                <w:lang w:eastAsia="zh-TW"/>
              </w:rPr>
              <w:t>◎</w:t>
            </w:r>
            <w:r w:rsidRPr="00881590">
              <w:rPr>
                <w:lang w:eastAsia="zh-TW"/>
              </w:rPr>
              <w:t>動作及規則：依照中華民國民俗體育運動協會</w:t>
            </w:r>
            <w:r w:rsidRPr="00881590">
              <w:rPr>
                <w:lang w:eastAsia="zh-TW"/>
              </w:rPr>
              <w:t>112</w:t>
            </w:r>
            <w:r w:rsidRPr="00881590">
              <w:rPr>
                <w:lang w:eastAsia="zh-TW"/>
              </w:rPr>
              <w:t>年之最新規則。</w:t>
            </w:r>
          </w:p>
          <w:p w14:paraId="203B881C" w14:textId="77777777" w:rsidR="007A6DDE" w:rsidRPr="00881590" w:rsidRDefault="007A6DDE" w:rsidP="00D56411">
            <w:pPr>
              <w:spacing w:line="240" w:lineRule="auto"/>
              <w:ind w:left="482"/>
              <w:rPr>
                <w:lang w:eastAsia="zh-TW"/>
              </w:rPr>
            </w:pPr>
            <w:r w:rsidRPr="00881590">
              <w:rPr>
                <w:lang w:eastAsia="zh-TW"/>
              </w:rPr>
              <w:t>◎</w:t>
            </w:r>
            <w:r w:rsidRPr="00881590">
              <w:rPr>
                <w:lang w:eastAsia="zh-TW"/>
              </w:rPr>
              <w:t>局數：採三戰二勝制。</w:t>
            </w:r>
          </w:p>
          <w:p w14:paraId="26E16241" w14:textId="77777777" w:rsidR="00B54872" w:rsidRDefault="007A6DDE" w:rsidP="00B54872">
            <w:pPr>
              <w:spacing w:line="240" w:lineRule="auto"/>
              <w:ind w:left="482"/>
              <w:rPr>
                <w:lang w:eastAsia="zh-TW"/>
              </w:rPr>
            </w:pPr>
            <w:r w:rsidRPr="00881590">
              <w:rPr>
                <w:lang w:eastAsia="zh-TW"/>
              </w:rPr>
              <w:t>◎</w:t>
            </w:r>
            <w:r w:rsidRPr="00881590">
              <w:rPr>
                <w:lang w:eastAsia="zh-TW"/>
              </w:rPr>
              <w:t>場地：依照規則採用長</w:t>
            </w:r>
            <w:r w:rsidRPr="00881590">
              <w:rPr>
                <w:lang w:eastAsia="zh-TW"/>
              </w:rPr>
              <w:t>11.88</w:t>
            </w:r>
            <w:r w:rsidRPr="00881590">
              <w:rPr>
                <w:lang w:eastAsia="zh-TW"/>
              </w:rPr>
              <w:t>公尺，寬</w:t>
            </w:r>
            <w:r w:rsidRPr="00881590">
              <w:rPr>
                <w:lang w:eastAsia="zh-TW"/>
              </w:rPr>
              <w:t>5.26</w:t>
            </w:r>
            <w:r w:rsidRPr="00881590">
              <w:rPr>
                <w:lang w:eastAsia="zh-TW"/>
              </w:rPr>
              <w:t>公尺之場地。</w:t>
            </w:r>
          </w:p>
          <w:p w14:paraId="2F83276A" w14:textId="77777777" w:rsidR="007A6DDE" w:rsidRPr="00881590" w:rsidRDefault="007A6DDE" w:rsidP="00B54872">
            <w:pPr>
              <w:spacing w:line="240" w:lineRule="auto"/>
              <w:ind w:left="482"/>
              <w:rPr>
                <w:lang w:eastAsia="zh-TW"/>
              </w:rPr>
            </w:pPr>
            <w:r w:rsidRPr="00881590">
              <w:rPr>
                <w:lang w:eastAsia="zh-TW"/>
              </w:rPr>
              <w:t>◎</w:t>
            </w:r>
            <w:r w:rsidRPr="00881590">
              <w:rPr>
                <w:lang w:eastAsia="zh-TW"/>
              </w:rPr>
              <w:t>網高：各組別皆採用</w:t>
            </w:r>
            <w:r w:rsidRPr="00881590">
              <w:rPr>
                <w:lang w:eastAsia="zh-TW"/>
              </w:rPr>
              <w:t>155</w:t>
            </w:r>
            <w:r w:rsidRPr="00881590">
              <w:rPr>
                <w:lang w:eastAsia="zh-TW"/>
              </w:rPr>
              <w:t>公分。</w:t>
            </w:r>
          </w:p>
          <w:p w14:paraId="558BD224" w14:textId="77777777" w:rsidR="007A6DDE" w:rsidRPr="00881590" w:rsidRDefault="007A6DDE" w:rsidP="00B54872">
            <w:pPr>
              <w:numPr>
                <w:ilvl w:val="0"/>
                <w:numId w:val="3"/>
              </w:numPr>
              <w:pBdr>
                <w:top w:val="nil"/>
                <w:left w:val="nil"/>
                <w:bottom w:val="nil"/>
                <w:right w:val="nil"/>
                <w:between w:val="nil"/>
              </w:pBdr>
              <w:tabs>
                <w:tab w:val="clear" w:pos="1080"/>
                <w:tab w:val="num" w:pos="720"/>
              </w:tabs>
              <w:spacing w:line="240" w:lineRule="auto"/>
              <w:ind w:left="482" w:hanging="480"/>
              <w:jc w:val="both"/>
              <w:rPr>
                <w:sz w:val="23"/>
                <w:szCs w:val="23"/>
                <w:lang w:eastAsia="zh-TW"/>
              </w:rPr>
            </w:pPr>
            <w:r w:rsidRPr="00B54872">
              <w:rPr>
                <w:color w:val="000000"/>
                <w:sz w:val="28"/>
                <w:szCs w:val="28"/>
                <w:lang w:eastAsia="zh-TW"/>
              </w:rPr>
              <w:t>成績以特優、優等、甲等成績計算，得由裁判依照選手之表現評定之。</w:t>
            </w:r>
          </w:p>
        </w:tc>
      </w:tr>
    </w:tbl>
    <w:p w14:paraId="03A49F1C" w14:textId="77777777" w:rsidR="00B54872" w:rsidRPr="003C4D27" w:rsidRDefault="00B54872" w:rsidP="0072306C">
      <w:pPr>
        <w:rPr>
          <w:lang w:eastAsia="zh-TW"/>
        </w:rPr>
      </w:pPr>
      <w:r>
        <w:rPr>
          <w:color w:val="000000"/>
          <w:sz w:val="28"/>
          <w:szCs w:val="28"/>
          <w:lang w:eastAsia="zh-TW"/>
        </w:rPr>
        <w:lastRenderedPageBreak/>
        <w:t>十四、獎勵：</w:t>
      </w:r>
    </w:p>
    <w:p w14:paraId="5D78A7AC" w14:textId="77777777" w:rsidR="00B54872" w:rsidRPr="003C4D27" w:rsidRDefault="00B54872" w:rsidP="00B54872">
      <w:pPr>
        <w:spacing w:line="240" w:lineRule="auto"/>
        <w:ind w:left="2520" w:hanging="2240"/>
        <w:jc w:val="both"/>
        <w:rPr>
          <w:lang w:eastAsia="zh-TW"/>
        </w:rPr>
      </w:pPr>
      <w:r w:rsidRPr="003C4D27">
        <w:rPr>
          <w:sz w:val="28"/>
          <w:szCs w:val="28"/>
          <w:lang w:eastAsia="zh-TW"/>
        </w:rPr>
        <w:t>（一）分區預賽：各區各組各競賽細項依本規程所定等第標準，評定特優、優等、甲等，獲獎選手由大會頒發獎狀乙紙。</w:t>
      </w:r>
    </w:p>
    <w:p w14:paraId="78C55BA8" w14:textId="77777777" w:rsidR="00B54872" w:rsidRPr="003C4D27" w:rsidRDefault="00B54872" w:rsidP="00B54872">
      <w:pPr>
        <w:spacing w:line="240" w:lineRule="auto"/>
        <w:ind w:left="2520" w:hanging="2240"/>
        <w:jc w:val="both"/>
        <w:rPr>
          <w:lang w:eastAsia="zh-TW"/>
        </w:rPr>
      </w:pPr>
      <w:r w:rsidRPr="003C4D27">
        <w:rPr>
          <w:sz w:val="28"/>
          <w:szCs w:val="28"/>
          <w:lang w:eastAsia="zh-TW"/>
        </w:rPr>
        <w:t>（二）全國決賽：各組各競賽細項依本規程所定等第標準，評定特優、優等、甲等，由大會頒發獎狀。</w:t>
      </w:r>
    </w:p>
    <w:p w14:paraId="465A24A2" w14:textId="77777777" w:rsidR="00B54872" w:rsidRPr="003C4D27" w:rsidRDefault="00B54872" w:rsidP="00B54872">
      <w:pPr>
        <w:spacing w:line="240" w:lineRule="auto"/>
        <w:ind w:left="2520" w:hanging="2240"/>
        <w:jc w:val="both"/>
        <w:rPr>
          <w:lang w:eastAsia="zh-TW"/>
        </w:rPr>
      </w:pPr>
      <w:r w:rsidRPr="003C4D27">
        <w:rPr>
          <w:sz w:val="28"/>
          <w:szCs w:val="28"/>
          <w:lang w:eastAsia="zh-TW"/>
        </w:rPr>
        <w:t>（三）指導證明：各項各組參照本規程之敘獎規定，頒予指導老師大會（國立臺南大學）獎狀乙紙。</w:t>
      </w:r>
    </w:p>
    <w:p w14:paraId="0B3C2436" w14:textId="77777777" w:rsidR="00B54872" w:rsidRPr="003C4D27" w:rsidRDefault="00B54872" w:rsidP="00B54872">
      <w:pPr>
        <w:keepLines/>
        <w:spacing w:line="240" w:lineRule="auto"/>
        <w:ind w:left="1120" w:hanging="840"/>
        <w:jc w:val="both"/>
        <w:rPr>
          <w:lang w:eastAsia="zh-TW"/>
        </w:rPr>
      </w:pPr>
      <w:r w:rsidRPr="003C4D27">
        <w:rPr>
          <w:sz w:val="28"/>
          <w:szCs w:val="28"/>
          <w:lang w:eastAsia="zh-TW"/>
        </w:rPr>
        <w:t>（四）敘獎規定：個人、雙人、團體及競速賽之敘獎，依本規程所定等第標準辦理；所獲等第特優視同第一名、優等視同第二名、甲等視同第三名。等第得從缺。</w:t>
      </w:r>
    </w:p>
    <w:p w14:paraId="1D45D86D" w14:textId="77777777" w:rsidR="00B54872" w:rsidRPr="003C4D27" w:rsidRDefault="00B54872" w:rsidP="00B54872">
      <w:pPr>
        <w:keepLines/>
        <w:spacing w:line="240" w:lineRule="auto"/>
        <w:ind w:left="1120" w:hanging="840"/>
        <w:jc w:val="both"/>
        <w:rPr>
          <w:lang w:eastAsia="zh-TW"/>
        </w:rPr>
      </w:pPr>
      <w:r w:rsidRPr="003C4D27">
        <w:rPr>
          <w:sz w:val="28"/>
          <w:szCs w:val="28"/>
          <w:lang w:eastAsia="zh-TW"/>
        </w:rPr>
        <w:t>（五）頒發之獎狀採寄送方式。參賽單位報名時應填具正確收件地址及收件人，以利獎狀寄發。</w:t>
      </w:r>
    </w:p>
    <w:p w14:paraId="1B8C98E7" w14:textId="77777777" w:rsidR="00B54872" w:rsidRPr="0072306C" w:rsidRDefault="00B54872" w:rsidP="00B54872">
      <w:pPr>
        <w:spacing w:line="240" w:lineRule="auto"/>
        <w:ind w:left="980" w:hanging="420"/>
        <w:jc w:val="both"/>
        <w:rPr>
          <w:sz w:val="28"/>
          <w:lang w:eastAsia="zh-TW"/>
        </w:rPr>
      </w:pPr>
      <w:r w:rsidRPr="0072306C">
        <w:rPr>
          <w:rFonts w:hint="eastAsia"/>
          <w:sz w:val="28"/>
          <w:lang w:eastAsia="zh-TW"/>
        </w:rPr>
        <w:t xml:space="preserve">1. </w:t>
      </w:r>
      <w:r w:rsidRPr="0072306C">
        <w:rPr>
          <w:sz w:val="28"/>
          <w:lang w:eastAsia="zh-TW"/>
        </w:rPr>
        <w:t>團體賽制係指三人以上（含三人）之團體隊伍。</w:t>
      </w:r>
    </w:p>
    <w:p w14:paraId="7BD29E72" w14:textId="77777777" w:rsidR="00B54872" w:rsidRPr="0072306C" w:rsidRDefault="00B54872" w:rsidP="00B54872">
      <w:pPr>
        <w:spacing w:line="240" w:lineRule="auto"/>
        <w:ind w:left="980" w:hanging="420"/>
        <w:jc w:val="both"/>
        <w:rPr>
          <w:sz w:val="28"/>
          <w:lang w:eastAsia="zh-TW"/>
        </w:rPr>
      </w:pPr>
      <w:r w:rsidRPr="0072306C">
        <w:rPr>
          <w:rFonts w:hint="eastAsia"/>
          <w:sz w:val="28"/>
          <w:lang w:eastAsia="zh-TW"/>
        </w:rPr>
        <w:t xml:space="preserve">2. </w:t>
      </w:r>
      <w:r w:rsidRPr="0072306C">
        <w:rPr>
          <w:sz w:val="28"/>
          <w:lang w:eastAsia="zh-TW"/>
        </w:rPr>
        <w:t>獎狀僅載明所獲等第，不標示名次；分區預賽頒發預賽獎狀，全國決賽頒發決賽獎狀。</w:t>
      </w:r>
    </w:p>
    <w:p w14:paraId="5A157505" w14:textId="77777777" w:rsidR="00B54872" w:rsidRPr="0072306C" w:rsidRDefault="00B54872" w:rsidP="00B54872">
      <w:pPr>
        <w:spacing w:line="240" w:lineRule="auto"/>
        <w:ind w:left="980" w:hanging="420"/>
        <w:jc w:val="both"/>
        <w:rPr>
          <w:sz w:val="28"/>
          <w:lang w:eastAsia="zh-TW"/>
        </w:rPr>
      </w:pPr>
      <w:r w:rsidRPr="0072306C">
        <w:rPr>
          <w:rFonts w:hint="eastAsia"/>
          <w:sz w:val="28"/>
          <w:lang w:eastAsia="zh-TW"/>
        </w:rPr>
        <w:t xml:space="preserve">3. </w:t>
      </w:r>
      <w:r w:rsidRPr="0072306C">
        <w:rPr>
          <w:sz w:val="28"/>
          <w:lang w:eastAsia="zh-TW"/>
        </w:rPr>
        <w:t>成績計算、同分處理及實際參賽隊（人）數不足時之錄取方式，依本規程辦理。</w:t>
      </w:r>
    </w:p>
    <w:p w14:paraId="04373988" w14:textId="77777777" w:rsidR="00000000" w:rsidRPr="0072306C" w:rsidRDefault="006F658C" w:rsidP="00E61D03">
      <w:pPr>
        <w:keepNext/>
        <w:keepLines/>
        <w:snapToGrid w:val="0"/>
        <w:spacing w:line="240" w:lineRule="auto"/>
        <w:ind w:left="1120" w:hanging="840"/>
        <w:jc w:val="both"/>
        <w:rPr>
          <w:sz w:val="28"/>
          <w:szCs w:val="28"/>
          <w:lang w:eastAsia="zh-TW"/>
        </w:rPr>
      </w:pPr>
      <w:r w:rsidRPr="0072306C">
        <w:rPr>
          <w:sz w:val="28"/>
          <w:szCs w:val="28"/>
          <w:lang w:eastAsia="zh-TW"/>
        </w:rPr>
        <w:t>（六）本項目敘獎規定：</w:t>
      </w:r>
    </w:p>
    <w:p w14:paraId="55A6BB6B" w14:textId="77777777" w:rsidR="00626B08" w:rsidRPr="0072306C" w:rsidRDefault="00626B08" w:rsidP="00626B08">
      <w:pPr>
        <w:snapToGrid w:val="0"/>
        <w:spacing w:line="240" w:lineRule="auto"/>
        <w:ind w:left="980" w:hanging="420"/>
        <w:jc w:val="both"/>
        <w:rPr>
          <w:sz w:val="28"/>
          <w:szCs w:val="28"/>
          <w:lang w:eastAsia="zh-TW"/>
        </w:rPr>
      </w:pPr>
      <w:r w:rsidRPr="0072306C">
        <w:rPr>
          <w:sz w:val="28"/>
          <w:szCs w:val="28"/>
          <w:lang w:eastAsia="zh-TW"/>
        </w:rPr>
        <w:t xml:space="preserve">1. </w:t>
      </w:r>
      <w:r w:rsidRPr="0072306C">
        <w:rPr>
          <w:sz w:val="28"/>
          <w:szCs w:val="28"/>
          <w:lang w:eastAsia="zh-TW"/>
        </w:rPr>
        <w:t>個人花式：平均評分</w:t>
      </w:r>
      <w:r w:rsidRPr="0072306C">
        <w:rPr>
          <w:sz w:val="28"/>
          <w:szCs w:val="28"/>
          <w:lang w:eastAsia="zh-TW"/>
        </w:rPr>
        <w:t>90</w:t>
      </w:r>
      <w:r w:rsidRPr="0072306C">
        <w:rPr>
          <w:sz w:val="28"/>
          <w:szCs w:val="28"/>
          <w:lang w:eastAsia="zh-TW"/>
        </w:rPr>
        <w:t>分以上者為特優（視同第一名），</w:t>
      </w:r>
      <w:r w:rsidRPr="0072306C">
        <w:rPr>
          <w:sz w:val="28"/>
          <w:szCs w:val="28"/>
          <w:lang w:eastAsia="zh-TW"/>
        </w:rPr>
        <w:t>85</w:t>
      </w:r>
      <w:r w:rsidRPr="0072306C">
        <w:rPr>
          <w:sz w:val="28"/>
          <w:szCs w:val="28"/>
          <w:lang w:eastAsia="zh-TW"/>
        </w:rPr>
        <w:t>分以上者為優等（視同第二名），</w:t>
      </w:r>
      <w:r w:rsidRPr="0072306C">
        <w:rPr>
          <w:sz w:val="28"/>
          <w:szCs w:val="28"/>
          <w:lang w:eastAsia="zh-TW"/>
        </w:rPr>
        <w:t>80</w:t>
      </w:r>
      <w:r w:rsidRPr="0072306C">
        <w:rPr>
          <w:sz w:val="28"/>
          <w:szCs w:val="28"/>
          <w:lang w:eastAsia="zh-TW"/>
        </w:rPr>
        <w:t>分以上者為甲等（視同第三名）。</w:t>
      </w:r>
    </w:p>
    <w:p w14:paraId="7870EDBB" w14:textId="77777777" w:rsidR="00626B08" w:rsidRPr="0072306C" w:rsidRDefault="00626B08" w:rsidP="00626B08">
      <w:pPr>
        <w:snapToGrid w:val="0"/>
        <w:spacing w:line="240" w:lineRule="auto"/>
        <w:ind w:left="980" w:hanging="420"/>
        <w:jc w:val="both"/>
        <w:rPr>
          <w:sz w:val="28"/>
          <w:szCs w:val="28"/>
          <w:lang w:eastAsia="zh-TW"/>
        </w:rPr>
      </w:pPr>
      <w:r w:rsidRPr="0072306C">
        <w:rPr>
          <w:sz w:val="28"/>
          <w:lang w:eastAsia="zh-TW"/>
        </w:rPr>
        <w:t xml:space="preserve">2. </w:t>
      </w:r>
      <w:r w:rsidRPr="0072306C">
        <w:rPr>
          <w:sz w:val="28"/>
          <w:lang w:eastAsia="zh-TW"/>
        </w:rPr>
        <w:t>個人限時計次、個人計次及團體限時計次：依實際次數判定特優、優等、甲等；各等第之次數標準由大會另行公告。</w:t>
      </w:r>
    </w:p>
    <w:p w14:paraId="1F5D146C" w14:textId="77777777" w:rsidR="00000000" w:rsidRPr="00B54872" w:rsidRDefault="00626B08" w:rsidP="00B54872">
      <w:pPr>
        <w:snapToGrid w:val="0"/>
        <w:spacing w:line="240" w:lineRule="auto"/>
        <w:ind w:left="980" w:hanging="420"/>
        <w:jc w:val="both"/>
        <w:rPr>
          <w:color w:val="FF0000"/>
          <w:sz w:val="28"/>
          <w:lang w:eastAsia="zh-TW"/>
        </w:rPr>
      </w:pPr>
      <w:r w:rsidRPr="0072306C">
        <w:rPr>
          <w:sz w:val="28"/>
          <w:lang w:eastAsia="zh-TW"/>
        </w:rPr>
        <w:t xml:space="preserve">3. </w:t>
      </w:r>
      <w:r w:rsidRPr="0072306C">
        <w:rPr>
          <w:sz w:val="28"/>
          <w:lang w:eastAsia="zh-TW"/>
        </w:rPr>
        <w:t>個人網毽、雙人網毽：依參賽人數及對戰排序，由裁判團評定特優、優等、甲等；評定方式由大會另行公告。</w:t>
      </w:r>
    </w:p>
    <w:p w14:paraId="50E545E1" w14:textId="77777777" w:rsidR="00A51273" w:rsidRPr="003C4D27" w:rsidRDefault="00A51273" w:rsidP="00785E18">
      <w:pPr>
        <w:rPr>
          <w:lang w:eastAsia="zh-TW"/>
        </w:rPr>
      </w:pPr>
      <w:r>
        <w:rPr>
          <w:color w:val="000000"/>
          <w:sz w:val="28"/>
          <w:szCs w:val="28"/>
          <w:lang w:eastAsia="zh-TW"/>
        </w:rPr>
        <w:lastRenderedPageBreak/>
        <w:t>十五、申訴：</w:t>
      </w:r>
    </w:p>
    <w:p w14:paraId="06B6AFFE" w14:textId="77777777" w:rsidR="00A51273" w:rsidRPr="003C4D27" w:rsidRDefault="00A51273" w:rsidP="00A51273">
      <w:pPr>
        <w:spacing w:line="240" w:lineRule="auto"/>
        <w:ind w:left="1120" w:hanging="840"/>
        <w:jc w:val="both"/>
        <w:rPr>
          <w:lang w:eastAsia="zh-TW"/>
        </w:rPr>
      </w:pPr>
      <w:r w:rsidRPr="003C4D27">
        <w:rPr>
          <w:sz w:val="28"/>
          <w:szCs w:val="28"/>
          <w:lang w:eastAsia="zh-TW"/>
        </w:rPr>
        <w:t>（一）賽程中若發生爭議，規則有明文規定者，依該規定辦理；無明文規定者，由大會審議。</w:t>
      </w:r>
    </w:p>
    <w:p w14:paraId="298A624A" w14:textId="77777777" w:rsidR="00A51273" w:rsidRPr="003C4D27" w:rsidRDefault="00A51273" w:rsidP="00A51273">
      <w:pPr>
        <w:spacing w:line="240" w:lineRule="auto"/>
        <w:ind w:left="1120" w:hanging="840"/>
        <w:jc w:val="both"/>
        <w:rPr>
          <w:lang w:eastAsia="zh-TW"/>
        </w:rPr>
      </w:pPr>
      <w:r w:rsidRPr="003C4D27">
        <w:rPr>
          <w:sz w:val="28"/>
          <w:szCs w:val="28"/>
          <w:lang w:eastAsia="zh-TW"/>
        </w:rPr>
        <w:t>（二）若賽程發生爭議，除當場以口頭申訴外，仍須依照規定，於該項成績宣布後三十分鐘之內，正式提出書面申訴，否則不予受理。（申訴單如附表一）</w:t>
      </w:r>
    </w:p>
    <w:p w14:paraId="3CE98182" w14:textId="77777777" w:rsidR="00A51273" w:rsidRPr="003C4D27" w:rsidRDefault="00A51273" w:rsidP="00A51273">
      <w:pPr>
        <w:spacing w:line="240" w:lineRule="auto"/>
        <w:ind w:left="1120" w:hanging="840"/>
        <w:jc w:val="both"/>
        <w:rPr>
          <w:lang w:eastAsia="zh-TW"/>
        </w:rPr>
      </w:pPr>
      <w:r w:rsidRPr="003C4D27">
        <w:rPr>
          <w:sz w:val="28"/>
          <w:szCs w:val="28"/>
          <w:lang w:eastAsia="zh-TW"/>
        </w:rPr>
        <w:t>（三）提出申訴時，應由領隊或單位代表簽章，以書面向大會提出，由大會審議並作成決議。涉及選手資格者，應由承辦單位查核相關資料。</w:t>
      </w:r>
    </w:p>
    <w:p w14:paraId="651A1CC9" w14:textId="77777777" w:rsidR="00A51273" w:rsidRPr="003C4D27" w:rsidRDefault="00A51273" w:rsidP="00A51273">
      <w:pPr>
        <w:spacing w:line="240" w:lineRule="auto"/>
        <w:ind w:left="1120" w:hanging="840"/>
        <w:jc w:val="both"/>
        <w:rPr>
          <w:lang w:eastAsia="zh-TW"/>
        </w:rPr>
      </w:pPr>
      <w:r w:rsidRPr="003C4D27">
        <w:rPr>
          <w:sz w:val="28"/>
          <w:szCs w:val="28"/>
          <w:lang w:eastAsia="zh-TW"/>
        </w:rPr>
        <w:t>（四）各領隊、指導人員及選手應依規定程序提出申訴，不得妨礙競賽進行或干擾裁判執行職務。</w:t>
      </w:r>
    </w:p>
    <w:p w14:paraId="35CF2C94" w14:textId="77777777" w:rsidR="00A51273" w:rsidRPr="003C4D27" w:rsidRDefault="00A51273" w:rsidP="00785E18">
      <w:pPr>
        <w:rPr>
          <w:lang w:eastAsia="zh-TW"/>
        </w:rPr>
      </w:pPr>
      <w:r>
        <w:rPr>
          <w:color w:val="000000"/>
          <w:sz w:val="28"/>
          <w:szCs w:val="28"/>
          <w:lang w:eastAsia="zh-TW"/>
        </w:rPr>
        <w:t>十六、資訊公告及聯絡方式：</w:t>
      </w:r>
    </w:p>
    <w:p w14:paraId="67EDF045" w14:textId="77777777" w:rsidR="00A51273" w:rsidRPr="003C4D27" w:rsidRDefault="00A51273" w:rsidP="00A51273">
      <w:pPr>
        <w:spacing w:line="240" w:lineRule="auto"/>
        <w:ind w:left="1120" w:hanging="840"/>
        <w:jc w:val="both"/>
        <w:rPr>
          <w:lang w:eastAsia="zh-TW"/>
        </w:rPr>
      </w:pPr>
      <w:r w:rsidRPr="003C4D27">
        <w:rPr>
          <w:sz w:val="28"/>
          <w:szCs w:val="28"/>
          <w:lang w:eastAsia="zh-TW"/>
        </w:rPr>
        <w:t>（一）本規程、參賽訊息及公告事項，刊載於「民俗運動發展中心網頁」</w:t>
      </w:r>
      <w:r w:rsidRPr="003C4D27">
        <w:rPr>
          <w:sz w:val="28"/>
          <w:szCs w:val="28"/>
          <w:lang w:eastAsia="zh-TW"/>
        </w:rPr>
        <w:t>115</w:t>
      </w:r>
      <w:r w:rsidRPr="003C4D27">
        <w:rPr>
          <w:sz w:val="28"/>
          <w:szCs w:val="28"/>
          <w:lang w:eastAsia="zh-TW"/>
        </w:rPr>
        <w:t>年活動專區。</w:t>
      </w:r>
    </w:p>
    <w:p w14:paraId="2E278459" w14:textId="77777777" w:rsidR="00A51273" w:rsidRPr="003C4D27" w:rsidRDefault="00A51273" w:rsidP="00A51273">
      <w:pPr>
        <w:spacing w:line="240" w:lineRule="auto"/>
        <w:ind w:left="2520" w:hanging="2240"/>
        <w:jc w:val="both"/>
        <w:rPr>
          <w:lang w:eastAsia="zh-TW"/>
        </w:rPr>
      </w:pPr>
      <w:r w:rsidRPr="003C4D27">
        <w:rPr>
          <w:sz w:val="28"/>
          <w:szCs w:val="28"/>
          <w:lang w:eastAsia="zh-TW"/>
        </w:rPr>
        <w:t>（二）聯絡單位：國立臺南大學民俗運動發展中心。</w:t>
      </w:r>
    </w:p>
    <w:p w14:paraId="3D0D18C8" w14:textId="305F9941" w:rsidR="00A51273" w:rsidRPr="003C4D27" w:rsidRDefault="00A51273" w:rsidP="00A51273">
      <w:pPr>
        <w:spacing w:line="240" w:lineRule="auto"/>
        <w:ind w:left="2520" w:hanging="2240"/>
        <w:jc w:val="both"/>
        <w:rPr>
          <w:lang w:eastAsia="zh-TW"/>
        </w:rPr>
      </w:pPr>
      <w:r w:rsidRPr="003C4D27">
        <w:rPr>
          <w:sz w:val="28"/>
          <w:szCs w:val="28"/>
          <w:lang w:eastAsia="zh-TW"/>
        </w:rPr>
        <w:t>（三）聯絡電話：</w:t>
      </w:r>
      <w:r w:rsidRPr="003C4D27">
        <w:rPr>
          <w:sz w:val="28"/>
          <w:szCs w:val="28"/>
          <w:lang w:eastAsia="zh-TW"/>
        </w:rPr>
        <w:t>06-2133111#575</w:t>
      </w:r>
      <w:r w:rsidRPr="003C4D27">
        <w:rPr>
          <w:sz w:val="28"/>
          <w:szCs w:val="28"/>
          <w:lang w:eastAsia="zh-TW"/>
        </w:rPr>
        <w:t>；</w:t>
      </w:r>
      <w:r w:rsidRPr="003C4D27">
        <w:rPr>
          <w:sz w:val="28"/>
          <w:szCs w:val="28"/>
          <w:lang w:eastAsia="zh-TW"/>
        </w:rPr>
        <w:t>06-2148642</w:t>
      </w:r>
      <w:bookmarkStart w:id="8" w:name="_Hlk241592086"/>
      <w:r w:rsidR="00B425CF">
        <w:rPr>
          <w:rFonts w:hint="eastAsia"/>
          <w:sz w:val="28"/>
          <w:szCs w:val="28"/>
          <w:lang w:eastAsia="zh-TW"/>
        </w:rPr>
        <w:t>王先生</w:t>
      </w:r>
      <w:bookmarkEnd w:id="8"/>
      <w:r w:rsidRPr="003C4D27">
        <w:rPr>
          <w:sz w:val="28"/>
          <w:szCs w:val="28"/>
          <w:lang w:eastAsia="zh-TW"/>
        </w:rPr>
        <w:t>（無人接聽時將轉為語音答錄，請留下聯絡方式與問題，或至留言板留言）。</w:t>
      </w:r>
    </w:p>
    <w:p w14:paraId="3A7C9150" w14:textId="77777777" w:rsidR="00A51273" w:rsidRPr="003C4D27" w:rsidRDefault="00A51273" w:rsidP="00A51273">
      <w:pPr>
        <w:spacing w:line="240" w:lineRule="auto"/>
        <w:ind w:left="2800" w:hanging="2520"/>
        <w:jc w:val="both"/>
      </w:pPr>
      <w:r w:rsidRPr="003C4D27">
        <w:rPr>
          <w:sz w:val="28"/>
          <w:szCs w:val="28"/>
        </w:rPr>
        <w:t>（</w:t>
      </w:r>
      <w:proofErr w:type="spellStart"/>
      <w:r w:rsidRPr="003C4D27">
        <w:rPr>
          <w:sz w:val="28"/>
          <w:szCs w:val="28"/>
        </w:rPr>
        <w:t>四）留言板討論：</w:t>
      </w:r>
      <w:r w:rsidRPr="003C4D27">
        <w:rPr>
          <w:sz w:val="28"/>
          <w:szCs w:val="28"/>
        </w:rPr>
        <w:t>https</w:t>
      </w:r>
      <w:proofErr w:type="spellEnd"/>
      <w:r w:rsidRPr="003C4D27">
        <w:rPr>
          <w:sz w:val="28"/>
          <w:szCs w:val="28"/>
        </w:rPr>
        <w:t>://custom.nutn.edu.tw/</w:t>
      </w:r>
      <w:proofErr w:type="spellStart"/>
      <w:r w:rsidRPr="003C4D27">
        <w:rPr>
          <w:sz w:val="28"/>
          <w:szCs w:val="28"/>
        </w:rPr>
        <w:t>index.php?inter_url</w:t>
      </w:r>
      <w:proofErr w:type="spellEnd"/>
      <w:r w:rsidRPr="003C4D27">
        <w:rPr>
          <w:sz w:val="28"/>
          <w:szCs w:val="28"/>
        </w:rPr>
        <w:t>=discuss</w:t>
      </w:r>
      <w:r w:rsidRPr="003C4D27">
        <w:rPr>
          <w:sz w:val="28"/>
          <w:szCs w:val="28"/>
        </w:rPr>
        <w:t>。</w:t>
      </w:r>
    </w:p>
    <w:p w14:paraId="57DF900A" w14:textId="77777777" w:rsidR="00A51273" w:rsidRPr="003C4D27" w:rsidRDefault="00A51273" w:rsidP="00785E18">
      <w:pPr>
        <w:rPr>
          <w:lang w:eastAsia="zh-TW"/>
        </w:rPr>
      </w:pPr>
      <w:r>
        <w:rPr>
          <w:color w:val="000000"/>
          <w:sz w:val="28"/>
          <w:szCs w:val="28"/>
          <w:lang w:eastAsia="zh-TW"/>
        </w:rPr>
        <w:t>十七、附則：</w:t>
      </w:r>
    </w:p>
    <w:p w14:paraId="36A5B1A4" w14:textId="77777777" w:rsidR="00A51273" w:rsidRPr="003C4D27" w:rsidRDefault="00A51273" w:rsidP="00A51273">
      <w:pPr>
        <w:spacing w:line="240" w:lineRule="auto"/>
        <w:ind w:left="1120" w:hanging="840"/>
        <w:jc w:val="both"/>
        <w:rPr>
          <w:lang w:eastAsia="zh-TW"/>
        </w:rPr>
      </w:pPr>
      <w:r w:rsidRPr="003C4D27">
        <w:rPr>
          <w:sz w:val="28"/>
          <w:szCs w:val="28"/>
          <w:lang w:eastAsia="zh-TW"/>
        </w:rPr>
        <w:t>（一）大會於各活動會場僅提供擴音機（不含</w:t>
      </w:r>
      <w:r w:rsidRPr="003C4D27">
        <w:rPr>
          <w:sz w:val="28"/>
          <w:szCs w:val="28"/>
          <w:lang w:eastAsia="zh-TW"/>
        </w:rPr>
        <w:t>CD</w:t>
      </w:r>
      <w:r w:rsidRPr="003C4D27">
        <w:rPr>
          <w:sz w:val="28"/>
          <w:szCs w:val="28"/>
          <w:lang w:eastAsia="zh-TW"/>
        </w:rPr>
        <w:t>播放器）與連接線供參賽隊伍自行播放音樂，為免因突發狀況無法完整播放而引起爭議，各參賽單位可自行準備播音器材。</w:t>
      </w:r>
    </w:p>
    <w:p w14:paraId="0D9CAA89" w14:textId="77777777" w:rsidR="00A51273" w:rsidRPr="003C4D27" w:rsidRDefault="00A51273" w:rsidP="00A51273">
      <w:pPr>
        <w:spacing w:line="240" w:lineRule="auto"/>
        <w:ind w:left="1120" w:hanging="840"/>
        <w:jc w:val="both"/>
        <w:rPr>
          <w:lang w:eastAsia="zh-TW"/>
        </w:rPr>
      </w:pPr>
      <w:r w:rsidRPr="003C4D27">
        <w:rPr>
          <w:sz w:val="28"/>
          <w:szCs w:val="28"/>
          <w:lang w:eastAsia="zh-TW"/>
        </w:rPr>
        <w:t>（二）本賽會為達推廣之效，開放各單位公開攝錄影；惟所攝錄影像僅限教育用途，嚴禁商業用途，違者需自負法律責任：大會於競賽及相關活動期間所攝錄之照片、影像及聲音，得由主辦單位、承辦單位及其授權之執行單位，於活動紀錄、成果報告、新聞發布、網站與社群媒體宣傳、民俗運動公益推廣及教育推廣等與本競賽相關之目的範圍內，無償進行編輯、重製、公開展示、公開播送及公開傳輸。參賽單位完成報名，即視為已充分知悉並同意前述使用方式，且應負責告知所屬參賽者及相關人員並取得其同意；大會對相關影像及照片之使用，不得逾越本競賽紀錄、宣傳及公益、教育推廣之必要範圍，亦不得作為與本競賽無關之商業用途。</w:t>
      </w:r>
    </w:p>
    <w:p w14:paraId="4E4707F6" w14:textId="77777777" w:rsidR="00A51273" w:rsidRPr="003C4D27" w:rsidRDefault="00A51273" w:rsidP="00702C70">
      <w:pPr>
        <w:spacing w:line="240" w:lineRule="auto"/>
        <w:ind w:left="1120" w:hanging="840"/>
        <w:jc w:val="both"/>
        <w:rPr>
          <w:rFonts w:ascii="標楷體" w:hAnsi="標楷體"/>
          <w:lang w:eastAsia="zh-TW"/>
        </w:rPr>
      </w:pPr>
      <w:r w:rsidRPr="003C4D27">
        <w:rPr>
          <w:sz w:val="28"/>
          <w:szCs w:val="28"/>
          <w:lang w:eastAsia="zh-TW"/>
        </w:rPr>
        <w:lastRenderedPageBreak/>
        <w:t>（三）各隊伍所使用之音樂及其他素材授權，由參賽單位自行辦理：各參賽單位於競賽、展演或報名資料中所使用之音樂、文字、圖像、影音及其他素材，應自行確認已取得合法授權或符合著作權法相關規定，並自行負擔授權費用及相關法律責任。若有侵害第三人著作權、商標權、肖像權或其他權利之情形，概由該參賽單位自行負責；如因此致主辦單位、承辦單位或其他第三人受有損害，該參賽單位並應負相關賠償責任。大會得視情形要求更換、停止播放、停止展示或移除相關素材。</w:t>
      </w:r>
      <w:r w:rsidR="00702C70" w:rsidRPr="003C4D27">
        <w:rPr>
          <w:sz w:val="28"/>
          <w:szCs w:val="28"/>
          <w:lang w:eastAsia="zh-TW"/>
        </w:rPr>
        <w:t xml:space="preserve"> </w:t>
      </w:r>
    </w:p>
    <w:p w14:paraId="16093911" w14:textId="77777777" w:rsidR="00A51273" w:rsidRPr="003C4D27" w:rsidRDefault="00A51273" w:rsidP="00A51273">
      <w:pPr>
        <w:spacing w:line="240" w:lineRule="auto"/>
        <w:ind w:left="1120" w:hanging="840"/>
        <w:jc w:val="both"/>
        <w:rPr>
          <w:lang w:eastAsia="zh-TW"/>
        </w:rPr>
      </w:pPr>
      <w:r w:rsidRPr="003C4D27">
        <w:rPr>
          <w:sz w:val="28"/>
          <w:szCs w:val="28"/>
          <w:lang w:eastAsia="zh-TW"/>
        </w:rPr>
        <w:t>（四）參賽選手如有冒名頂替、資格不符或其他違反競賽規定之情事，經查證屬實者，依本總則及本規程處理。參賽單位及領隊應配合查核，不得妨礙競賽秩序。</w:t>
      </w:r>
    </w:p>
    <w:p w14:paraId="7ADF0CB3" w14:textId="77777777" w:rsidR="00A51273" w:rsidRPr="003C4D27" w:rsidRDefault="00A51273" w:rsidP="00A51273">
      <w:pPr>
        <w:spacing w:line="240" w:lineRule="auto"/>
        <w:ind w:left="1120" w:hanging="840"/>
        <w:jc w:val="both"/>
        <w:rPr>
          <w:lang w:eastAsia="zh-TW"/>
        </w:rPr>
      </w:pPr>
      <w:r w:rsidRPr="003C4D27">
        <w:rPr>
          <w:sz w:val="28"/>
          <w:szCs w:val="28"/>
          <w:lang w:eastAsia="zh-TW"/>
        </w:rPr>
        <w:t>（五）參賽者個人資料僅供報名、資格審查、保險、賽務聯繫及必要成果統計使用，限授權人員存取；公開資訊僅揭露必要內容。</w:t>
      </w:r>
    </w:p>
    <w:p w14:paraId="59F732D3" w14:textId="07818411" w:rsidR="00A51273" w:rsidRDefault="00A51273" w:rsidP="00A51273">
      <w:pPr>
        <w:spacing w:line="240" w:lineRule="auto"/>
        <w:ind w:left="1120" w:hanging="840"/>
        <w:jc w:val="both"/>
        <w:rPr>
          <w:sz w:val="28"/>
          <w:szCs w:val="28"/>
          <w:lang w:eastAsia="zh-TW"/>
        </w:rPr>
      </w:pPr>
      <w:r w:rsidRPr="003C4D27">
        <w:rPr>
          <w:sz w:val="28"/>
          <w:szCs w:val="28"/>
          <w:lang w:eastAsia="zh-TW"/>
        </w:rPr>
        <w:t>（六）因天候、災害或其他不可抗力事由，致活動須延期、變更地點或停止辦理時，由主辦單位決定並於活動網站公告。</w:t>
      </w:r>
    </w:p>
    <w:p w14:paraId="3082129C" w14:textId="77777777" w:rsidR="00B425CF" w:rsidRPr="002B5642" w:rsidRDefault="00B425CF" w:rsidP="00B425CF">
      <w:pPr>
        <w:spacing w:line="240" w:lineRule="auto"/>
        <w:ind w:left="1120" w:hanging="840"/>
        <w:jc w:val="both"/>
        <w:rPr>
          <w:b/>
          <w:bCs/>
          <w:sz w:val="28"/>
          <w:szCs w:val="28"/>
          <w:lang w:eastAsia="zh-TW"/>
        </w:rPr>
      </w:pPr>
      <w:bookmarkStart w:id="9" w:name="_Hlk241592103"/>
      <w:r w:rsidRPr="003C4D27">
        <w:rPr>
          <w:sz w:val="28"/>
          <w:szCs w:val="28"/>
          <w:lang w:eastAsia="zh-TW"/>
        </w:rPr>
        <w:t>（</w:t>
      </w:r>
      <w:r>
        <w:rPr>
          <w:rFonts w:hint="eastAsia"/>
          <w:sz w:val="28"/>
          <w:szCs w:val="28"/>
          <w:lang w:eastAsia="zh-TW"/>
        </w:rPr>
        <w:t>七</w:t>
      </w:r>
      <w:r w:rsidRPr="003C4D27">
        <w:rPr>
          <w:sz w:val="28"/>
          <w:szCs w:val="28"/>
          <w:lang w:eastAsia="zh-TW"/>
        </w:rPr>
        <w:t>）</w:t>
      </w:r>
      <w:r w:rsidRPr="002B5642">
        <w:rPr>
          <w:rFonts w:hint="eastAsia"/>
          <w:b/>
          <w:bCs/>
          <w:sz w:val="28"/>
          <w:szCs w:val="28"/>
          <w:lang w:eastAsia="zh-TW"/>
        </w:rPr>
        <w:t>為強化運動競賽活動性騷擾防治作為，本賽事設有性騷擾申訴管道如下：</w:t>
      </w:r>
    </w:p>
    <w:p w14:paraId="0910C44A" w14:textId="77777777" w:rsidR="00B425CF" w:rsidRPr="002B5642" w:rsidRDefault="00B425CF" w:rsidP="00B425CF">
      <w:pPr>
        <w:spacing w:line="240" w:lineRule="auto"/>
        <w:ind w:left="1120" w:firstLine="14"/>
        <w:jc w:val="both"/>
        <w:rPr>
          <w:b/>
          <w:bCs/>
          <w:sz w:val="28"/>
          <w:szCs w:val="28"/>
          <w:lang w:eastAsia="zh-TW"/>
        </w:rPr>
      </w:pPr>
      <w:r w:rsidRPr="002B5642">
        <w:rPr>
          <w:rFonts w:hint="eastAsia"/>
          <w:b/>
          <w:bCs/>
          <w:sz w:val="28"/>
          <w:szCs w:val="28"/>
          <w:lang w:eastAsia="zh-TW"/>
        </w:rPr>
        <w:t>申訴電話：</w:t>
      </w:r>
      <w:r w:rsidRPr="002B5642">
        <w:rPr>
          <w:rFonts w:hint="eastAsia"/>
          <w:b/>
          <w:bCs/>
          <w:sz w:val="28"/>
          <w:szCs w:val="28"/>
          <w:lang w:eastAsia="zh-TW"/>
        </w:rPr>
        <w:t>0921841923</w:t>
      </w:r>
    </w:p>
    <w:p w14:paraId="0EB4287E" w14:textId="4C12EC8A" w:rsidR="00B425CF" w:rsidRPr="00B425CF" w:rsidRDefault="00B425CF" w:rsidP="00B425CF">
      <w:pPr>
        <w:spacing w:line="240" w:lineRule="auto"/>
        <w:ind w:left="1120" w:firstLine="14"/>
        <w:jc w:val="both"/>
        <w:rPr>
          <w:lang w:eastAsia="zh-TW"/>
        </w:rPr>
      </w:pPr>
      <w:r w:rsidRPr="002B5642">
        <w:rPr>
          <w:rFonts w:hint="eastAsia"/>
          <w:b/>
          <w:bCs/>
          <w:sz w:val="28"/>
          <w:szCs w:val="28"/>
          <w:lang w:eastAsia="zh-TW"/>
        </w:rPr>
        <w:t>投訴信箱：</w:t>
      </w:r>
      <w:r w:rsidRPr="002B5642">
        <w:rPr>
          <w:rFonts w:hint="eastAsia"/>
          <w:b/>
          <w:bCs/>
          <w:sz w:val="28"/>
          <w:szCs w:val="28"/>
          <w:lang w:eastAsia="zh-TW"/>
        </w:rPr>
        <w:t>wjj1965@mail.nutn.edu.tw</w:t>
      </w:r>
      <w:bookmarkEnd w:id="9"/>
    </w:p>
    <w:p w14:paraId="7B65B5F8" w14:textId="77777777" w:rsidR="00A51273" w:rsidRPr="003C4D27" w:rsidRDefault="00A51273" w:rsidP="00785E18">
      <w:pPr>
        <w:ind w:left="848" w:hangingChars="303" w:hanging="848"/>
        <w:rPr>
          <w:lang w:eastAsia="zh-TW"/>
        </w:rPr>
      </w:pPr>
      <w:r>
        <w:rPr>
          <w:color w:val="000000"/>
          <w:sz w:val="28"/>
          <w:szCs w:val="28"/>
          <w:lang w:eastAsia="zh-TW"/>
        </w:rPr>
        <w:t>十八、本規程如有未盡事宜，得由主辦單位修訂，並於「民俗運動發展中心網頁」</w:t>
      </w:r>
      <w:r>
        <w:rPr>
          <w:color w:val="000000"/>
          <w:sz w:val="28"/>
          <w:szCs w:val="28"/>
          <w:lang w:eastAsia="zh-TW"/>
        </w:rPr>
        <w:t>115</w:t>
      </w:r>
      <w:r>
        <w:rPr>
          <w:color w:val="000000"/>
          <w:sz w:val="28"/>
          <w:szCs w:val="28"/>
          <w:lang w:eastAsia="zh-TW"/>
        </w:rPr>
        <w:t>年活動專區公告之。</w:t>
      </w:r>
    </w:p>
    <w:p w14:paraId="0802EBD3" w14:textId="77777777" w:rsidR="000D7BEE" w:rsidRDefault="000D7BEE">
      <w:pPr>
        <w:spacing w:line="240" w:lineRule="auto"/>
        <w:rPr>
          <w:lang w:eastAsia="zh-TW"/>
        </w:rPr>
      </w:pPr>
      <w:r>
        <w:rPr>
          <w:lang w:eastAsia="zh-TW"/>
        </w:rPr>
        <w:br w:type="page"/>
      </w:r>
    </w:p>
    <w:p w14:paraId="731DB386" w14:textId="77777777" w:rsidR="00000000" w:rsidRPr="00A30A97" w:rsidRDefault="006F658C" w:rsidP="000D7BEE">
      <w:pPr>
        <w:jc w:val="center"/>
        <w:rPr>
          <w:sz w:val="36"/>
          <w:szCs w:val="36"/>
          <w:lang w:eastAsia="zh-TW"/>
        </w:rPr>
      </w:pPr>
      <w:bookmarkStart w:id="10" w:name="_Hlk110844523"/>
      <w:bookmarkStart w:id="11" w:name="_Hlk241362788"/>
      <w:r w:rsidRPr="00A30A97">
        <w:rPr>
          <w:sz w:val="36"/>
          <w:szCs w:val="36"/>
          <w:lang w:eastAsia="zh-TW"/>
        </w:rPr>
        <w:lastRenderedPageBreak/>
        <w:t>運動部全民運動署</w:t>
      </w:r>
      <w:r w:rsidRPr="00A30A97">
        <w:rPr>
          <w:sz w:val="36"/>
          <w:szCs w:val="36"/>
          <w:lang w:eastAsia="zh-TW"/>
        </w:rPr>
        <w:t>115</w:t>
      </w:r>
      <w:r w:rsidRPr="00A30A97">
        <w:rPr>
          <w:sz w:val="36"/>
          <w:szCs w:val="36"/>
          <w:lang w:eastAsia="zh-TW"/>
        </w:rPr>
        <w:t>年全國民俗運動匯演賽</w:t>
      </w:r>
    </w:p>
    <w:p w14:paraId="557D0C85" w14:textId="77777777" w:rsidR="00000000" w:rsidRPr="00A30A97" w:rsidRDefault="006F658C" w:rsidP="005C5BE6">
      <w:pPr>
        <w:pStyle w:val="1"/>
        <w:spacing w:before="0" w:after="0"/>
        <w:jc w:val="center"/>
        <w:rPr>
          <w:rFonts w:ascii="Times New Roman" w:eastAsia="標楷體" w:hAnsi="Times New Roman" w:cs="Times New Roman"/>
          <w:sz w:val="36"/>
          <w:szCs w:val="36"/>
        </w:rPr>
      </w:pPr>
      <w:proofErr w:type="spellStart"/>
      <w:r w:rsidRPr="00A30A97">
        <w:rPr>
          <w:rFonts w:ascii="Times New Roman" w:eastAsia="標楷體" w:hAnsi="Times New Roman" w:cs="Times New Roman"/>
          <w:sz w:val="36"/>
          <w:szCs w:val="36"/>
        </w:rPr>
        <w:t>申訴單</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117"/>
        <w:gridCol w:w="1828"/>
        <w:gridCol w:w="2987"/>
      </w:tblGrid>
      <w:tr w:rsidR="00A30A97" w:rsidRPr="00A30A97" w14:paraId="4BA2D826" w14:textId="77777777" w:rsidTr="005D58FC">
        <w:trPr>
          <w:trHeight w:val="567"/>
          <w:tblHeader/>
          <w:jc w:val="center"/>
        </w:trPr>
        <w:tc>
          <w:tcPr>
            <w:tcW w:w="1748" w:type="dxa"/>
            <w:tcMar>
              <w:top w:w="55" w:type="dxa"/>
              <w:left w:w="80" w:type="dxa"/>
              <w:bottom w:w="55" w:type="dxa"/>
              <w:right w:w="80" w:type="dxa"/>
            </w:tcMar>
            <w:vAlign w:val="center"/>
          </w:tcPr>
          <w:p w14:paraId="39563970" w14:textId="77777777" w:rsidR="00000000" w:rsidRPr="00A30A97" w:rsidRDefault="006F658C" w:rsidP="005D58FC">
            <w:pPr>
              <w:spacing w:line="240" w:lineRule="auto"/>
              <w:jc w:val="both"/>
              <w:rPr>
                <w:sz w:val="28"/>
                <w:szCs w:val="28"/>
              </w:rPr>
            </w:pPr>
            <w:proofErr w:type="spellStart"/>
            <w:r w:rsidRPr="00A30A97">
              <w:rPr>
                <w:sz w:val="26"/>
                <w:szCs w:val="26"/>
              </w:rPr>
              <w:t>單位名稱</w:t>
            </w:r>
            <w:proofErr w:type="spellEnd"/>
          </w:p>
        </w:tc>
        <w:tc>
          <w:tcPr>
            <w:tcW w:w="3238" w:type="dxa"/>
            <w:tcMar>
              <w:top w:w="55" w:type="dxa"/>
              <w:left w:w="80" w:type="dxa"/>
              <w:bottom w:w="55" w:type="dxa"/>
              <w:right w:w="80" w:type="dxa"/>
            </w:tcMar>
            <w:vAlign w:val="center"/>
          </w:tcPr>
          <w:p w14:paraId="3BE63F7A" w14:textId="77777777" w:rsidR="00000000" w:rsidRPr="00A30A97" w:rsidRDefault="00000000" w:rsidP="005D58FC">
            <w:pPr>
              <w:spacing w:line="240" w:lineRule="auto"/>
              <w:jc w:val="both"/>
              <w:rPr>
                <w:sz w:val="28"/>
                <w:szCs w:val="28"/>
              </w:rPr>
            </w:pPr>
          </w:p>
        </w:tc>
        <w:tc>
          <w:tcPr>
            <w:tcW w:w="1886" w:type="dxa"/>
            <w:tcMar>
              <w:top w:w="55" w:type="dxa"/>
              <w:left w:w="80" w:type="dxa"/>
              <w:bottom w:w="55" w:type="dxa"/>
              <w:right w:w="80" w:type="dxa"/>
            </w:tcMar>
            <w:vAlign w:val="center"/>
          </w:tcPr>
          <w:p w14:paraId="0B1DF13B" w14:textId="77777777" w:rsidR="00000000" w:rsidRPr="00A30A97" w:rsidRDefault="006F658C" w:rsidP="005D58FC">
            <w:pPr>
              <w:spacing w:line="240" w:lineRule="auto"/>
              <w:jc w:val="both"/>
              <w:rPr>
                <w:sz w:val="28"/>
                <w:szCs w:val="28"/>
              </w:rPr>
            </w:pPr>
            <w:proofErr w:type="spellStart"/>
            <w:r w:rsidRPr="00A30A97">
              <w:rPr>
                <w:sz w:val="26"/>
                <w:szCs w:val="26"/>
              </w:rPr>
              <w:t>活動日期</w:t>
            </w:r>
            <w:proofErr w:type="spellEnd"/>
          </w:p>
        </w:tc>
        <w:tc>
          <w:tcPr>
            <w:tcW w:w="3103" w:type="dxa"/>
            <w:tcMar>
              <w:top w:w="55" w:type="dxa"/>
              <w:left w:w="80" w:type="dxa"/>
              <w:bottom w:w="55" w:type="dxa"/>
              <w:right w:w="80" w:type="dxa"/>
            </w:tcMar>
            <w:vAlign w:val="center"/>
          </w:tcPr>
          <w:p w14:paraId="16BC29F8" w14:textId="77777777" w:rsidR="00000000" w:rsidRPr="00A30A97" w:rsidRDefault="00000000" w:rsidP="005D58FC">
            <w:pPr>
              <w:spacing w:line="240" w:lineRule="auto"/>
              <w:jc w:val="both"/>
              <w:rPr>
                <w:sz w:val="28"/>
                <w:szCs w:val="28"/>
              </w:rPr>
            </w:pPr>
          </w:p>
        </w:tc>
      </w:tr>
      <w:tr w:rsidR="00A30A97" w:rsidRPr="00A30A97" w14:paraId="2E34933A" w14:textId="77777777" w:rsidTr="005D58FC">
        <w:trPr>
          <w:trHeight w:val="567"/>
          <w:jc w:val="center"/>
        </w:trPr>
        <w:tc>
          <w:tcPr>
            <w:tcW w:w="1748" w:type="dxa"/>
            <w:tcMar>
              <w:top w:w="55" w:type="dxa"/>
              <w:left w:w="80" w:type="dxa"/>
              <w:bottom w:w="55" w:type="dxa"/>
              <w:right w:w="80" w:type="dxa"/>
            </w:tcMar>
            <w:vAlign w:val="center"/>
          </w:tcPr>
          <w:p w14:paraId="414B0777" w14:textId="77777777" w:rsidR="00000000" w:rsidRPr="00A30A97" w:rsidRDefault="006F658C" w:rsidP="005D58FC">
            <w:pPr>
              <w:spacing w:line="240" w:lineRule="auto"/>
              <w:jc w:val="both"/>
              <w:rPr>
                <w:sz w:val="28"/>
                <w:szCs w:val="28"/>
              </w:rPr>
            </w:pPr>
            <w:proofErr w:type="spellStart"/>
            <w:r w:rsidRPr="00A30A97">
              <w:rPr>
                <w:sz w:val="26"/>
                <w:szCs w:val="26"/>
              </w:rPr>
              <w:t>活動項目</w:t>
            </w:r>
            <w:proofErr w:type="spellEnd"/>
          </w:p>
        </w:tc>
        <w:tc>
          <w:tcPr>
            <w:tcW w:w="3238" w:type="dxa"/>
            <w:tcMar>
              <w:top w:w="55" w:type="dxa"/>
              <w:left w:w="80" w:type="dxa"/>
              <w:bottom w:w="55" w:type="dxa"/>
              <w:right w:w="80" w:type="dxa"/>
            </w:tcMar>
            <w:vAlign w:val="center"/>
          </w:tcPr>
          <w:p w14:paraId="766A3C04" w14:textId="77777777" w:rsidR="00000000" w:rsidRPr="00A30A97" w:rsidRDefault="00000000" w:rsidP="005D58FC">
            <w:pPr>
              <w:spacing w:line="240" w:lineRule="auto"/>
              <w:jc w:val="both"/>
              <w:rPr>
                <w:sz w:val="28"/>
                <w:szCs w:val="28"/>
              </w:rPr>
            </w:pPr>
          </w:p>
        </w:tc>
        <w:tc>
          <w:tcPr>
            <w:tcW w:w="1886" w:type="dxa"/>
            <w:tcMar>
              <w:top w:w="55" w:type="dxa"/>
              <w:left w:w="80" w:type="dxa"/>
              <w:bottom w:w="55" w:type="dxa"/>
              <w:right w:w="80" w:type="dxa"/>
            </w:tcMar>
            <w:vAlign w:val="center"/>
          </w:tcPr>
          <w:p w14:paraId="648D52D9" w14:textId="77777777" w:rsidR="00000000" w:rsidRPr="00A30A97" w:rsidRDefault="006F658C" w:rsidP="005D58FC">
            <w:pPr>
              <w:spacing w:line="240" w:lineRule="auto"/>
              <w:jc w:val="both"/>
              <w:rPr>
                <w:sz w:val="28"/>
                <w:szCs w:val="28"/>
              </w:rPr>
            </w:pPr>
            <w:proofErr w:type="spellStart"/>
            <w:r w:rsidRPr="00A30A97">
              <w:rPr>
                <w:sz w:val="26"/>
                <w:szCs w:val="26"/>
              </w:rPr>
              <w:t>活動組別</w:t>
            </w:r>
            <w:proofErr w:type="spellEnd"/>
          </w:p>
        </w:tc>
        <w:tc>
          <w:tcPr>
            <w:tcW w:w="3103" w:type="dxa"/>
            <w:tcMar>
              <w:top w:w="55" w:type="dxa"/>
              <w:left w:w="80" w:type="dxa"/>
              <w:bottom w:w="55" w:type="dxa"/>
              <w:right w:w="80" w:type="dxa"/>
            </w:tcMar>
            <w:vAlign w:val="center"/>
          </w:tcPr>
          <w:p w14:paraId="1CB0302B" w14:textId="77777777" w:rsidR="00000000" w:rsidRPr="00A30A97" w:rsidRDefault="00000000" w:rsidP="005D58FC">
            <w:pPr>
              <w:spacing w:line="240" w:lineRule="auto"/>
              <w:jc w:val="both"/>
              <w:rPr>
                <w:sz w:val="28"/>
                <w:szCs w:val="28"/>
              </w:rPr>
            </w:pPr>
          </w:p>
        </w:tc>
      </w:tr>
      <w:tr w:rsidR="00A30A97" w:rsidRPr="00A30A97" w14:paraId="64F7BB3C" w14:textId="77777777" w:rsidTr="005D58FC">
        <w:trPr>
          <w:trHeight w:val="567"/>
          <w:jc w:val="center"/>
        </w:trPr>
        <w:tc>
          <w:tcPr>
            <w:tcW w:w="9975" w:type="dxa"/>
            <w:gridSpan w:val="4"/>
            <w:tcMar>
              <w:top w:w="55" w:type="dxa"/>
              <w:left w:w="80" w:type="dxa"/>
              <w:bottom w:w="55" w:type="dxa"/>
              <w:right w:w="80" w:type="dxa"/>
            </w:tcMar>
            <w:vAlign w:val="center"/>
          </w:tcPr>
          <w:p w14:paraId="3200D4FD" w14:textId="77777777" w:rsidR="00000000" w:rsidRPr="00A30A97" w:rsidRDefault="006F658C" w:rsidP="005D58FC">
            <w:pPr>
              <w:spacing w:line="240" w:lineRule="auto"/>
              <w:jc w:val="both"/>
              <w:rPr>
                <w:sz w:val="28"/>
                <w:szCs w:val="28"/>
              </w:rPr>
            </w:pPr>
            <w:proofErr w:type="spellStart"/>
            <w:r w:rsidRPr="00A30A97">
              <w:rPr>
                <w:sz w:val="28"/>
                <w:szCs w:val="28"/>
              </w:rPr>
              <w:t>申訴具體事由</w:t>
            </w:r>
            <w:proofErr w:type="spellEnd"/>
          </w:p>
        </w:tc>
      </w:tr>
      <w:tr w:rsidR="00A30A97" w:rsidRPr="00A30A97" w14:paraId="632A0EE2" w14:textId="77777777" w:rsidTr="005D58FC">
        <w:trPr>
          <w:trHeight w:val="5669"/>
          <w:jc w:val="center"/>
        </w:trPr>
        <w:tc>
          <w:tcPr>
            <w:tcW w:w="9975" w:type="dxa"/>
            <w:gridSpan w:val="4"/>
            <w:tcMar>
              <w:top w:w="55" w:type="dxa"/>
              <w:left w:w="80" w:type="dxa"/>
              <w:bottom w:w="55" w:type="dxa"/>
              <w:right w:w="80" w:type="dxa"/>
            </w:tcMar>
            <w:vAlign w:val="center"/>
          </w:tcPr>
          <w:p w14:paraId="0ED6D806" w14:textId="77777777" w:rsidR="00000000" w:rsidRPr="00A30A97" w:rsidRDefault="00000000" w:rsidP="005D58FC">
            <w:pPr>
              <w:spacing w:line="240" w:lineRule="auto"/>
              <w:jc w:val="both"/>
              <w:rPr>
                <w:sz w:val="28"/>
                <w:szCs w:val="28"/>
              </w:rPr>
            </w:pPr>
          </w:p>
        </w:tc>
      </w:tr>
      <w:tr w:rsidR="00A30A97" w:rsidRPr="00A30A97" w14:paraId="451023D3" w14:textId="77777777" w:rsidTr="005D58FC">
        <w:trPr>
          <w:trHeight w:val="567"/>
          <w:jc w:val="center"/>
        </w:trPr>
        <w:tc>
          <w:tcPr>
            <w:tcW w:w="9975" w:type="dxa"/>
            <w:gridSpan w:val="4"/>
            <w:tcMar>
              <w:top w:w="55" w:type="dxa"/>
              <w:left w:w="80" w:type="dxa"/>
              <w:bottom w:w="55" w:type="dxa"/>
              <w:right w:w="80" w:type="dxa"/>
            </w:tcMar>
            <w:vAlign w:val="center"/>
          </w:tcPr>
          <w:p w14:paraId="5F89D07D" w14:textId="77777777" w:rsidR="00000000" w:rsidRPr="00A30A97" w:rsidRDefault="006F658C" w:rsidP="005D58FC">
            <w:pPr>
              <w:spacing w:line="240" w:lineRule="auto"/>
              <w:jc w:val="both"/>
              <w:rPr>
                <w:sz w:val="28"/>
                <w:szCs w:val="28"/>
              </w:rPr>
            </w:pPr>
            <w:proofErr w:type="spellStart"/>
            <w:r w:rsidRPr="00A30A97">
              <w:rPr>
                <w:sz w:val="28"/>
                <w:szCs w:val="28"/>
              </w:rPr>
              <w:t>判決結論</w:t>
            </w:r>
            <w:proofErr w:type="spellEnd"/>
          </w:p>
        </w:tc>
      </w:tr>
      <w:tr w:rsidR="00A30A97" w:rsidRPr="00A30A97" w14:paraId="56883033" w14:textId="77777777" w:rsidTr="005D58FC">
        <w:trPr>
          <w:trHeight w:val="2835"/>
          <w:jc w:val="center"/>
        </w:trPr>
        <w:tc>
          <w:tcPr>
            <w:tcW w:w="9975" w:type="dxa"/>
            <w:gridSpan w:val="4"/>
            <w:tcMar>
              <w:top w:w="55" w:type="dxa"/>
              <w:left w:w="80" w:type="dxa"/>
              <w:bottom w:w="55" w:type="dxa"/>
              <w:right w:w="80" w:type="dxa"/>
            </w:tcMar>
            <w:vAlign w:val="center"/>
          </w:tcPr>
          <w:p w14:paraId="173B3C62" w14:textId="77777777" w:rsidR="00000000" w:rsidRPr="00A30A97" w:rsidRDefault="00000000" w:rsidP="005D58FC">
            <w:pPr>
              <w:spacing w:line="240" w:lineRule="auto"/>
              <w:jc w:val="both"/>
              <w:rPr>
                <w:sz w:val="28"/>
                <w:szCs w:val="28"/>
              </w:rPr>
            </w:pPr>
          </w:p>
        </w:tc>
      </w:tr>
    </w:tbl>
    <w:p w14:paraId="41AE01FF" w14:textId="77777777" w:rsidR="00000000" w:rsidRPr="00A30A97" w:rsidRDefault="006F658C" w:rsidP="00715D8E">
      <w:pPr>
        <w:snapToGrid w:val="0"/>
        <w:spacing w:afterLines="150" w:after="360" w:line="460" w:lineRule="exact"/>
        <w:ind w:left="848" w:hangingChars="303" w:hanging="848"/>
        <w:jc w:val="both"/>
        <w:rPr>
          <w:sz w:val="28"/>
          <w:szCs w:val="28"/>
          <w:lang w:eastAsia="zh-TW"/>
        </w:rPr>
      </w:pPr>
      <w:bookmarkStart w:id="12" w:name="_Hlk110333470"/>
      <w:bookmarkEnd w:id="10"/>
      <w:r w:rsidRPr="00A30A97">
        <w:rPr>
          <w:sz w:val="28"/>
          <w:szCs w:val="28"/>
          <w:lang w:eastAsia="zh-TW"/>
        </w:rPr>
        <w:t>領隊或單位代表簽章</w:t>
      </w:r>
      <w:r w:rsidRPr="00A30A97">
        <w:rPr>
          <w:sz w:val="28"/>
          <w:szCs w:val="28"/>
          <w:lang w:eastAsia="zh-TW"/>
        </w:rPr>
        <w:t xml:space="preserve">                  </w:t>
      </w:r>
      <w:r w:rsidRPr="00A30A97">
        <w:rPr>
          <w:sz w:val="28"/>
          <w:szCs w:val="28"/>
          <w:lang w:eastAsia="zh-TW"/>
        </w:rPr>
        <w:t>審判單位簽章</w:t>
      </w:r>
      <w:bookmarkEnd w:id="12"/>
    </w:p>
    <w:p w14:paraId="4B8F7BF0" w14:textId="77777777" w:rsidR="00000000" w:rsidRPr="00A30A97" w:rsidRDefault="006F658C" w:rsidP="005C5BE6">
      <w:pPr>
        <w:pageBreakBefore/>
        <w:jc w:val="center"/>
        <w:rPr>
          <w:b/>
          <w:sz w:val="36"/>
          <w:szCs w:val="36"/>
          <w:lang w:eastAsia="zh-TW"/>
        </w:rPr>
      </w:pPr>
      <w:r w:rsidRPr="00A30A97">
        <w:rPr>
          <w:b/>
          <w:sz w:val="36"/>
          <w:szCs w:val="36"/>
          <w:lang w:eastAsia="zh-TW"/>
        </w:rPr>
        <w:lastRenderedPageBreak/>
        <w:t>運動部全民運動署</w:t>
      </w:r>
      <w:r w:rsidRPr="00A30A97">
        <w:rPr>
          <w:b/>
          <w:sz w:val="36"/>
          <w:szCs w:val="36"/>
          <w:lang w:eastAsia="zh-TW"/>
        </w:rPr>
        <w:t>115</w:t>
      </w:r>
      <w:r w:rsidRPr="00A30A97">
        <w:rPr>
          <w:b/>
          <w:sz w:val="36"/>
          <w:szCs w:val="36"/>
          <w:lang w:eastAsia="zh-TW"/>
        </w:rPr>
        <w:t>年全國民俗運動匯演賽</w:t>
      </w:r>
    </w:p>
    <w:p w14:paraId="5A927A08" w14:textId="77777777" w:rsidR="00000000" w:rsidRPr="00A30A97" w:rsidRDefault="006F658C" w:rsidP="005C5BE6">
      <w:pPr>
        <w:jc w:val="center"/>
        <w:rPr>
          <w:b/>
          <w:kern w:val="52"/>
          <w:sz w:val="36"/>
          <w:szCs w:val="36"/>
          <w:lang w:eastAsia="zh-TW"/>
        </w:rPr>
      </w:pPr>
      <w:r w:rsidRPr="00A30A97">
        <w:rPr>
          <w:b/>
          <w:sz w:val="36"/>
          <w:szCs w:val="36"/>
          <w:lang w:eastAsia="zh-TW"/>
        </w:rPr>
        <w:t>團體賽特殊狀況選手替換表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2067"/>
        <w:gridCol w:w="2747"/>
        <w:gridCol w:w="2067"/>
      </w:tblGrid>
      <w:tr w:rsidR="00A30A97" w:rsidRPr="00A30A97" w14:paraId="78CEB6F7" w14:textId="77777777" w:rsidTr="005D58FC">
        <w:trPr>
          <w:trHeight w:val="567"/>
          <w:tblHeader/>
          <w:jc w:val="center"/>
        </w:trPr>
        <w:tc>
          <w:tcPr>
            <w:tcW w:w="2568" w:type="dxa"/>
            <w:tcMar>
              <w:top w:w="55" w:type="dxa"/>
              <w:left w:w="80" w:type="dxa"/>
              <w:bottom w:w="55" w:type="dxa"/>
              <w:right w:w="80" w:type="dxa"/>
            </w:tcMar>
            <w:vAlign w:val="center"/>
          </w:tcPr>
          <w:p w14:paraId="40606890" w14:textId="77777777" w:rsidR="00000000" w:rsidRPr="00A30A97" w:rsidRDefault="006F658C" w:rsidP="00AA398B">
            <w:pPr>
              <w:spacing w:line="240" w:lineRule="auto"/>
              <w:jc w:val="center"/>
              <w:rPr>
                <w:sz w:val="28"/>
                <w:szCs w:val="28"/>
              </w:rPr>
            </w:pPr>
            <w:proofErr w:type="spellStart"/>
            <w:r w:rsidRPr="00A30A97">
              <w:rPr>
                <w:sz w:val="26"/>
                <w:szCs w:val="26"/>
              </w:rPr>
              <w:t>單位名稱</w:t>
            </w:r>
            <w:proofErr w:type="spellEnd"/>
          </w:p>
        </w:tc>
        <w:tc>
          <w:tcPr>
            <w:tcW w:w="1932" w:type="dxa"/>
            <w:tcMar>
              <w:top w:w="55" w:type="dxa"/>
              <w:left w:w="80" w:type="dxa"/>
              <w:bottom w:w="55" w:type="dxa"/>
              <w:right w:w="80" w:type="dxa"/>
            </w:tcMar>
            <w:vAlign w:val="center"/>
          </w:tcPr>
          <w:p w14:paraId="4D98261E" w14:textId="77777777" w:rsidR="00000000" w:rsidRPr="00A30A97" w:rsidRDefault="00000000" w:rsidP="00AA398B">
            <w:pPr>
              <w:spacing w:line="240" w:lineRule="auto"/>
              <w:rPr>
                <w:sz w:val="28"/>
                <w:szCs w:val="28"/>
              </w:rPr>
            </w:pPr>
          </w:p>
        </w:tc>
        <w:tc>
          <w:tcPr>
            <w:tcW w:w="2568" w:type="dxa"/>
            <w:tcMar>
              <w:top w:w="55" w:type="dxa"/>
              <w:left w:w="80" w:type="dxa"/>
              <w:bottom w:w="55" w:type="dxa"/>
              <w:right w:w="80" w:type="dxa"/>
            </w:tcMar>
            <w:vAlign w:val="center"/>
          </w:tcPr>
          <w:p w14:paraId="60FB2384" w14:textId="77777777" w:rsidR="00000000" w:rsidRPr="00A30A97" w:rsidRDefault="006F658C" w:rsidP="00AA398B">
            <w:pPr>
              <w:spacing w:line="240" w:lineRule="auto"/>
              <w:jc w:val="center"/>
              <w:rPr>
                <w:sz w:val="28"/>
                <w:szCs w:val="28"/>
              </w:rPr>
            </w:pPr>
            <w:proofErr w:type="spellStart"/>
            <w:r w:rsidRPr="00A30A97">
              <w:rPr>
                <w:sz w:val="26"/>
                <w:szCs w:val="26"/>
              </w:rPr>
              <w:t>活動日期</w:t>
            </w:r>
            <w:proofErr w:type="spellEnd"/>
          </w:p>
        </w:tc>
        <w:tc>
          <w:tcPr>
            <w:tcW w:w="1932" w:type="dxa"/>
            <w:tcMar>
              <w:top w:w="55" w:type="dxa"/>
              <w:left w:w="80" w:type="dxa"/>
              <w:bottom w:w="55" w:type="dxa"/>
              <w:right w:w="80" w:type="dxa"/>
            </w:tcMar>
            <w:vAlign w:val="center"/>
          </w:tcPr>
          <w:p w14:paraId="1D8E57E5" w14:textId="77777777" w:rsidR="00000000" w:rsidRPr="00A30A97" w:rsidRDefault="00000000" w:rsidP="00AA398B">
            <w:pPr>
              <w:spacing w:line="240" w:lineRule="auto"/>
              <w:rPr>
                <w:sz w:val="28"/>
                <w:szCs w:val="28"/>
              </w:rPr>
            </w:pPr>
          </w:p>
        </w:tc>
      </w:tr>
      <w:tr w:rsidR="00A30A97" w:rsidRPr="00A30A97" w14:paraId="5AA8F26B" w14:textId="77777777" w:rsidTr="005D58FC">
        <w:trPr>
          <w:trHeight w:val="567"/>
          <w:jc w:val="center"/>
        </w:trPr>
        <w:tc>
          <w:tcPr>
            <w:tcW w:w="2568" w:type="dxa"/>
            <w:tcMar>
              <w:top w:w="55" w:type="dxa"/>
              <w:left w:w="80" w:type="dxa"/>
              <w:bottom w:w="55" w:type="dxa"/>
              <w:right w:w="80" w:type="dxa"/>
            </w:tcMar>
            <w:vAlign w:val="center"/>
          </w:tcPr>
          <w:p w14:paraId="2D4E2C93" w14:textId="77777777" w:rsidR="00000000" w:rsidRPr="00A30A97" w:rsidRDefault="006F658C" w:rsidP="00AA398B">
            <w:pPr>
              <w:spacing w:line="240" w:lineRule="auto"/>
              <w:jc w:val="center"/>
              <w:rPr>
                <w:sz w:val="28"/>
                <w:szCs w:val="28"/>
              </w:rPr>
            </w:pPr>
            <w:proofErr w:type="spellStart"/>
            <w:r w:rsidRPr="00A30A97">
              <w:rPr>
                <w:sz w:val="26"/>
                <w:szCs w:val="26"/>
              </w:rPr>
              <w:t>活動項目</w:t>
            </w:r>
            <w:proofErr w:type="spellEnd"/>
          </w:p>
        </w:tc>
        <w:tc>
          <w:tcPr>
            <w:tcW w:w="1932" w:type="dxa"/>
            <w:tcMar>
              <w:top w:w="55" w:type="dxa"/>
              <w:left w:w="80" w:type="dxa"/>
              <w:bottom w:w="55" w:type="dxa"/>
              <w:right w:w="80" w:type="dxa"/>
            </w:tcMar>
            <w:vAlign w:val="center"/>
          </w:tcPr>
          <w:p w14:paraId="2B10CD35" w14:textId="77777777" w:rsidR="00000000" w:rsidRPr="00A30A97" w:rsidRDefault="00000000" w:rsidP="00AA398B">
            <w:pPr>
              <w:spacing w:line="240" w:lineRule="auto"/>
              <w:rPr>
                <w:sz w:val="28"/>
                <w:szCs w:val="28"/>
              </w:rPr>
            </w:pPr>
          </w:p>
        </w:tc>
        <w:tc>
          <w:tcPr>
            <w:tcW w:w="2568" w:type="dxa"/>
            <w:tcMar>
              <w:top w:w="55" w:type="dxa"/>
              <w:left w:w="80" w:type="dxa"/>
              <w:bottom w:w="55" w:type="dxa"/>
              <w:right w:w="80" w:type="dxa"/>
            </w:tcMar>
            <w:vAlign w:val="center"/>
          </w:tcPr>
          <w:p w14:paraId="3E9D40DF" w14:textId="77777777" w:rsidR="00000000" w:rsidRPr="00A30A97" w:rsidRDefault="006F658C" w:rsidP="00AA398B">
            <w:pPr>
              <w:spacing w:line="240" w:lineRule="auto"/>
              <w:jc w:val="center"/>
              <w:rPr>
                <w:sz w:val="28"/>
                <w:szCs w:val="28"/>
              </w:rPr>
            </w:pPr>
            <w:proofErr w:type="spellStart"/>
            <w:r w:rsidRPr="00A30A97">
              <w:rPr>
                <w:sz w:val="26"/>
                <w:szCs w:val="26"/>
              </w:rPr>
              <w:t>活動組別</w:t>
            </w:r>
            <w:proofErr w:type="spellEnd"/>
          </w:p>
        </w:tc>
        <w:tc>
          <w:tcPr>
            <w:tcW w:w="1932" w:type="dxa"/>
            <w:tcMar>
              <w:top w:w="55" w:type="dxa"/>
              <w:left w:w="80" w:type="dxa"/>
              <w:bottom w:w="55" w:type="dxa"/>
              <w:right w:w="80" w:type="dxa"/>
            </w:tcMar>
            <w:vAlign w:val="center"/>
          </w:tcPr>
          <w:p w14:paraId="31CE83F4" w14:textId="77777777" w:rsidR="00000000" w:rsidRPr="00A30A97" w:rsidRDefault="00000000" w:rsidP="00AA398B">
            <w:pPr>
              <w:spacing w:line="240" w:lineRule="auto"/>
              <w:rPr>
                <w:sz w:val="28"/>
                <w:szCs w:val="28"/>
              </w:rPr>
            </w:pPr>
          </w:p>
        </w:tc>
      </w:tr>
      <w:tr w:rsidR="00A30A97" w:rsidRPr="00A30A97" w14:paraId="371A616D" w14:textId="77777777" w:rsidTr="005D58FC">
        <w:trPr>
          <w:trHeight w:val="567"/>
          <w:jc w:val="center"/>
        </w:trPr>
        <w:tc>
          <w:tcPr>
            <w:tcW w:w="9000" w:type="dxa"/>
            <w:gridSpan w:val="4"/>
            <w:tcMar>
              <w:top w:w="55" w:type="dxa"/>
              <w:left w:w="80" w:type="dxa"/>
              <w:bottom w:w="55" w:type="dxa"/>
              <w:right w:w="80" w:type="dxa"/>
            </w:tcMar>
            <w:vAlign w:val="center"/>
          </w:tcPr>
          <w:p w14:paraId="1E68D75A" w14:textId="77777777" w:rsidR="00000000" w:rsidRPr="00A30A97" w:rsidRDefault="006F658C" w:rsidP="005D58FC">
            <w:pPr>
              <w:spacing w:line="240" w:lineRule="auto"/>
              <w:jc w:val="both"/>
              <w:rPr>
                <w:sz w:val="28"/>
                <w:szCs w:val="28"/>
                <w:lang w:eastAsia="zh-TW"/>
              </w:rPr>
            </w:pPr>
            <w:r w:rsidRPr="00A30A97">
              <w:rPr>
                <w:sz w:val="28"/>
                <w:szCs w:val="28"/>
                <w:lang w:eastAsia="zh-TW"/>
              </w:rPr>
              <w:t>特殊狀況選手替換事由</w:t>
            </w:r>
          </w:p>
        </w:tc>
      </w:tr>
      <w:tr w:rsidR="00A30A97" w:rsidRPr="00A30A97" w14:paraId="647DE7F2" w14:textId="77777777" w:rsidTr="005D58FC">
        <w:trPr>
          <w:trHeight w:val="5669"/>
          <w:jc w:val="center"/>
        </w:trPr>
        <w:tc>
          <w:tcPr>
            <w:tcW w:w="9000" w:type="dxa"/>
            <w:gridSpan w:val="4"/>
            <w:tcMar>
              <w:top w:w="55" w:type="dxa"/>
              <w:left w:w="80" w:type="dxa"/>
              <w:bottom w:w="55" w:type="dxa"/>
              <w:right w:w="80" w:type="dxa"/>
            </w:tcMar>
            <w:vAlign w:val="center"/>
          </w:tcPr>
          <w:p w14:paraId="0A186240" w14:textId="77777777" w:rsidR="00000000" w:rsidRPr="00A30A97" w:rsidRDefault="00000000" w:rsidP="005D58FC">
            <w:pPr>
              <w:spacing w:line="240" w:lineRule="auto"/>
              <w:jc w:val="both"/>
              <w:rPr>
                <w:sz w:val="28"/>
                <w:szCs w:val="28"/>
                <w:lang w:eastAsia="zh-TW"/>
              </w:rPr>
            </w:pPr>
          </w:p>
        </w:tc>
      </w:tr>
      <w:tr w:rsidR="00715D8E" w:rsidRPr="006D7E03" w14:paraId="7D243E35" w14:textId="77777777" w:rsidTr="005D58FC">
        <w:trPr>
          <w:trHeight w:val="567"/>
          <w:jc w:val="center"/>
        </w:trPr>
        <w:tc>
          <w:tcPr>
            <w:tcW w:w="9000" w:type="dxa"/>
            <w:gridSpan w:val="4"/>
            <w:tcMar>
              <w:top w:w="55" w:type="dxa"/>
              <w:left w:w="80" w:type="dxa"/>
              <w:bottom w:w="55" w:type="dxa"/>
              <w:right w:w="80" w:type="dxa"/>
            </w:tcMar>
            <w:vAlign w:val="center"/>
          </w:tcPr>
          <w:p w14:paraId="4D381FAE" w14:textId="77777777" w:rsidR="00000000" w:rsidRPr="006D7E03" w:rsidRDefault="006F658C" w:rsidP="005D58FC">
            <w:pPr>
              <w:spacing w:line="240" w:lineRule="auto"/>
              <w:jc w:val="both"/>
              <w:rPr>
                <w:sz w:val="28"/>
                <w:szCs w:val="28"/>
              </w:rPr>
            </w:pPr>
            <w:proofErr w:type="spellStart"/>
            <w:r w:rsidRPr="006D7E03">
              <w:rPr>
                <w:sz w:val="28"/>
                <w:szCs w:val="28"/>
              </w:rPr>
              <w:t>參賽單位關防</w:t>
            </w:r>
            <w:proofErr w:type="spellEnd"/>
          </w:p>
        </w:tc>
      </w:tr>
      <w:tr w:rsidR="00715D8E" w:rsidRPr="006D7E03" w14:paraId="53670D7E" w14:textId="77777777" w:rsidTr="005D58FC">
        <w:trPr>
          <w:trHeight w:val="4158"/>
          <w:jc w:val="center"/>
        </w:trPr>
        <w:tc>
          <w:tcPr>
            <w:tcW w:w="9000" w:type="dxa"/>
            <w:gridSpan w:val="4"/>
            <w:tcMar>
              <w:top w:w="55" w:type="dxa"/>
              <w:left w:w="80" w:type="dxa"/>
              <w:bottom w:w="55" w:type="dxa"/>
              <w:right w:w="80" w:type="dxa"/>
            </w:tcMar>
            <w:vAlign w:val="center"/>
          </w:tcPr>
          <w:p w14:paraId="72737BF3" w14:textId="77777777" w:rsidR="00000000" w:rsidRPr="006D7E03" w:rsidRDefault="00000000" w:rsidP="005D58FC">
            <w:pPr>
              <w:spacing w:line="240" w:lineRule="auto"/>
              <w:jc w:val="both"/>
              <w:rPr>
                <w:sz w:val="28"/>
                <w:szCs w:val="28"/>
              </w:rPr>
            </w:pPr>
          </w:p>
        </w:tc>
      </w:tr>
      <w:bookmarkEnd w:id="11"/>
    </w:tbl>
    <w:p w14:paraId="337D6A20" w14:textId="77777777" w:rsidR="006F658C" w:rsidRDefault="006F658C"/>
    <w:sectPr w:rsidR="006F658C" w:rsidSect="00034616">
      <w:pgSz w:w="11906" w:h="16838"/>
      <w:pgMar w:top="709" w:right="1134" w:bottom="851" w:left="1134"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11AA7A" w14:textId="77777777" w:rsidR="005B1C76" w:rsidRDefault="005B1C76">
      <w:pPr>
        <w:spacing w:line="240" w:lineRule="auto"/>
      </w:pPr>
      <w:r>
        <w:separator/>
      </w:r>
    </w:p>
  </w:endnote>
  <w:endnote w:type="continuationSeparator" w:id="0">
    <w:p w14:paraId="573C3129" w14:textId="77777777" w:rsidR="005B1C76" w:rsidRDefault="005B1C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標楷體">
    <w:altName w:val="微軟正黑體"/>
    <w:panose1 w:val="020B0604020202020204"/>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E16656" w14:textId="77777777" w:rsidR="005B1C76" w:rsidRDefault="005B1C76">
      <w:pPr>
        <w:spacing w:line="240" w:lineRule="auto"/>
      </w:pPr>
      <w:r>
        <w:separator/>
      </w:r>
    </w:p>
  </w:footnote>
  <w:footnote w:type="continuationSeparator" w:id="0">
    <w:p w14:paraId="33426DD3" w14:textId="77777777" w:rsidR="005B1C76" w:rsidRDefault="005B1C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1FE180B"/>
    <w:multiLevelType w:val="hybridMultilevel"/>
    <w:tmpl w:val="4560FD26"/>
    <w:lvl w:ilvl="0" w:tplc="0409000F">
      <w:start w:val="1"/>
      <w:numFmt w:val="decimal"/>
      <w:lvlText w:val="%1."/>
      <w:lvlJc w:val="left"/>
      <w:pPr>
        <w:ind w:left="1627" w:hanging="480"/>
      </w:p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10" w15:restartNumberingAfterBreak="0">
    <w:nsid w:val="04AC7108"/>
    <w:multiLevelType w:val="multilevel"/>
    <w:tmpl w:val="1D189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3575BD"/>
    <w:multiLevelType w:val="multilevel"/>
    <w:tmpl w:val="50A2B6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A60A3B"/>
    <w:multiLevelType w:val="multilevel"/>
    <w:tmpl w:val="63B6A7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E90991"/>
    <w:multiLevelType w:val="multilevel"/>
    <w:tmpl w:val="65A4B1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F7F34A2"/>
    <w:multiLevelType w:val="hybridMultilevel"/>
    <w:tmpl w:val="8B6291F6"/>
    <w:lvl w:ilvl="0" w:tplc="A1F6F4B0">
      <w:start w:val="1"/>
      <w:numFmt w:val="decimal"/>
      <w:lvlText w:val="%1."/>
      <w:lvlJc w:val="left"/>
      <w:pPr>
        <w:ind w:left="1507" w:hanging="360"/>
      </w:pPr>
      <w:rPr>
        <w:rFonts w:hint="default"/>
        <w:color w:val="000000"/>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15" w15:restartNumberingAfterBreak="0">
    <w:nsid w:val="15CB4A93"/>
    <w:multiLevelType w:val="hybridMultilevel"/>
    <w:tmpl w:val="5826000C"/>
    <w:lvl w:ilvl="0" w:tplc="0409000D">
      <w:start w:val="1"/>
      <w:numFmt w:val="bullet"/>
      <w:lvlText w:val=""/>
      <w:lvlJc w:val="left"/>
      <w:pPr>
        <w:ind w:left="1756" w:hanging="480"/>
      </w:pPr>
      <w:rPr>
        <w:rFonts w:ascii="Wingdings" w:hAnsi="Wingding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6" w15:restartNumberingAfterBreak="0">
    <w:nsid w:val="168E7CD8"/>
    <w:multiLevelType w:val="hybridMultilevel"/>
    <w:tmpl w:val="97D4123A"/>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173B70C4"/>
    <w:multiLevelType w:val="multilevel"/>
    <w:tmpl w:val="AF42E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9570C4"/>
    <w:multiLevelType w:val="hybridMultilevel"/>
    <w:tmpl w:val="AE0483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B9478E0"/>
    <w:multiLevelType w:val="multilevel"/>
    <w:tmpl w:val="1C52DB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9433A4"/>
    <w:multiLevelType w:val="multilevel"/>
    <w:tmpl w:val="8AEAB9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3D6F72"/>
    <w:multiLevelType w:val="multilevel"/>
    <w:tmpl w:val="8A649E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4A1DB8"/>
    <w:multiLevelType w:val="multilevel"/>
    <w:tmpl w:val="8716D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7D7DDE"/>
    <w:multiLevelType w:val="multilevel"/>
    <w:tmpl w:val="0F5804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571BF7"/>
    <w:multiLevelType w:val="multilevel"/>
    <w:tmpl w:val="0922A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A335B5"/>
    <w:multiLevelType w:val="multilevel"/>
    <w:tmpl w:val="50984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392DB6"/>
    <w:multiLevelType w:val="hybridMultilevel"/>
    <w:tmpl w:val="FCEC78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DE57472"/>
    <w:multiLevelType w:val="multilevel"/>
    <w:tmpl w:val="EF9E0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1514EE"/>
    <w:multiLevelType w:val="multilevel"/>
    <w:tmpl w:val="4D60B9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7C5C65"/>
    <w:multiLevelType w:val="multilevel"/>
    <w:tmpl w:val="9362A8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0519D2"/>
    <w:multiLevelType w:val="multilevel"/>
    <w:tmpl w:val="7ABE4D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F73230"/>
    <w:multiLevelType w:val="multilevel"/>
    <w:tmpl w:val="E8C42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520" w:hanging="72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5E40EA"/>
    <w:multiLevelType w:val="multilevel"/>
    <w:tmpl w:val="FF4CB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591C52"/>
    <w:multiLevelType w:val="multilevel"/>
    <w:tmpl w:val="6C962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700BF6"/>
    <w:multiLevelType w:val="hybridMultilevel"/>
    <w:tmpl w:val="240E977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FFA6F6E"/>
    <w:multiLevelType w:val="multilevel"/>
    <w:tmpl w:val="2A404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7980222">
    <w:abstractNumId w:val="8"/>
  </w:num>
  <w:num w:numId="2" w16cid:durableId="334116223">
    <w:abstractNumId w:val="6"/>
  </w:num>
  <w:num w:numId="3" w16cid:durableId="590894148">
    <w:abstractNumId w:val="5"/>
  </w:num>
  <w:num w:numId="4" w16cid:durableId="1981109313">
    <w:abstractNumId w:val="4"/>
  </w:num>
  <w:num w:numId="5" w16cid:durableId="1018775428">
    <w:abstractNumId w:val="7"/>
  </w:num>
  <w:num w:numId="6" w16cid:durableId="283662962">
    <w:abstractNumId w:val="3"/>
  </w:num>
  <w:num w:numId="7" w16cid:durableId="650133702">
    <w:abstractNumId w:val="2"/>
  </w:num>
  <w:num w:numId="8" w16cid:durableId="1785880323">
    <w:abstractNumId w:val="1"/>
  </w:num>
  <w:num w:numId="9" w16cid:durableId="1484545709">
    <w:abstractNumId w:val="0"/>
  </w:num>
  <w:num w:numId="10" w16cid:durableId="1168789549">
    <w:abstractNumId w:val="31"/>
  </w:num>
  <w:num w:numId="11" w16cid:durableId="532349124">
    <w:abstractNumId w:val="18"/>
  </w:num>
  <w:num w:numId="12" w16cid:durableId="257568021">
    <w:abstractNumId w:val="26"/>
  </w:num>
  <w:num w:numId="13" w16cid:durableId="385883233">
    <w:abstractNumId w:val="22"/>
  </w:num>
  <w:num w:numId="14" w16cid:durableId="500201666">
    <w:abstractNumId w:val="33"/>
  </w:num>
  <w:num w:numId="15" w16cid:durableId="2065062847">
    <w:abstractNumId w:val="11"/>
  </w:num>
  <w:num w:numId="16" w16cid:durableId="386808653">
    <w:abstractNumId w:val="20"/>
  </w:num>
  <w:num w:numId="17" w16cid:durableId="416363096">
    <w:abstractNumId w:val="17"/>
  </w:num>
  <w:num w:numId="18" w16cid:durableId="979580143">
    <w:abstractNumId w:val="21"/>
  </w:num>
  <w:num w:numId="19" w16cid:durableId="137380013">
    <w:abstractNumId w:val="30"/>
  </w:num>
  <w:num w:numId="20" w16cid:durableId="1093236712">
    <w:abstractNumId w:val="12"/>
  </w:num>
  <w:num w:numId="21" w16cid:durableId="1067654080">
    <w:abstractNumId w:val="19"/>
  </w:num>
  <w:num w:numId="22" w16cid:durableId="1303582198">
    <w:abstractNumId w:val="24"/>
  </w:num>
  <w:num w:numId="23" w16cid:durableId="669716449">
    <w:abstractNumId w:val="35"/>
  </w:num>
  <w:num w:numId="24" w16cid:durableId="951668274">
    <w:abstractNumId w:val="23"/>
  </w:num>
  <w:num w:numId="25" w16cid:durableId="210843012">
    <w:abstractNumId w:val="27"/>
  </w:num>
  <w:num w:numId="26" w16cid:durableId="1394427283">
    <w:abstractNumId w:val="32"/>
  </w:num>
  <w:num w:numId="27" w16cid:durableId="1116295914">
    <w:abstractNumId w:val="10"/>
  </w:num>
  <w:num w:numId="28" w16cid:durableId="341203759">
    <w:abstractNumId w:val="28"/>
  </w:num>
  <w:num w:numId="29" w16cid:durableId="939531803">
    <w:abstractNumId w:val="29"/>
  </w:num>
  <w:num w:numId="30" w16cid:durableId="1581796731">
    <w:abstractNumId w:val="13"/>
  </w:num>
  <w:num w:numId="31" w16cid:durableId="1216694435">
    <w:abstractNumId w:val="25"/>
  </w:num>
  <w:num w:numId="32" w16cid:durableId="1913852878">
    <w:abstractNumId w:val="34"/>
  </w:num>
  <w:num w:numId="33" w16cid:durableId="1156527473">
    <w:abstractNumId w:val="16"/>
  </w:num>
  <w:num w:numId="34" w16cid:durableId="1640768576">
    <w:abstractNumId w:val="9"/>
  </w:num>
  <w:num w:numId="35" w16cid:durableId="1932663678">
    <w:abstractNumId w:val="14"/>
  </w:num>
  <w:num w:numId="36" w16cid:durableId="99657193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E33"/>
    <w:rsid w:val="00007C1E"/>
    <w:rsid w:val="00015A22"/>
    <w:rsid w:val="0002499C"/>
    <w:rsid w:val="00034616"/>
    <w:rsid w:val="0006063C"/>
    <w:rsid w:val="000A06CD"/>
    <w:rsid w:val="000A0703"/>
    <w:rsid w:val="000A14A4"/>
    <w:rsid w:val="000B782A"/>
    <w:rsid w:val="000C5CE0"/>
    <w:rsid w:val="000C6644"/>
    <w:rsid w:val="000D7BEE"/>
    <w:rsid w:val="0015074B"/>
    <w:rsid w:val="00167749"/>
    <w:rsid w:val="00184E56"/>
    <w:rsid w:val="001B7624"/>
    <w:rsid w:val="001C2FC1"/>
    <w:rsid w:val="001D2CAA"/>
    <w:rsid w:val="00202311"/>
    <w:rsid w:val="00216958"/>
    <w:rsid w:val="00235DD5"/>
    <w:rsid w:val="002405A2"/>
    <w:rsid w:val="00251508"/>
    <w:rsid w:val="00254003"/>
    <w:rsid w:val="00257C19"/>
    <w:rsid w:val="00287094"/>
    <w:rsid w:val="0029639D"/>
    <w:rsid w:val="002E29F8"/>
    <w:rsid w:val="0032490E"/>
    <w:rsid w:val="00326F90"/>
    <w:rsid w:val="003647D9"/>
    <w:rsid w:val="00395824"/>
    <w:rsid w:val="003A1E25"/>
    <w:rsid w:val="003C4D27"/>
    <w:rsid w:val="003D2428"/>
    <w:rsid w:val="003F0EA8"/>
    <w:rsid w:val="003F2D02"/>
    <w:rsid w:val="00402C42"/>
    <w:rsid w:val="004218C2"/>
    <w:rsid w:val="00423BEF"/>
    <w:rsid w:val="004426BB"/>
    <w:rsid w:val="00444B7B"/>
    <w:rsid w:val="004948A8"/>
    <w:rsid w:val="00495C39"/>
    <w:rsid w:val="004B1AC1"/>
    <w:rsid w:val="005030EF"/>
    <w:rsid w:val="005B1C76"/>
    <w:rsid w:val="005B502F"/>
    <w:rsid w:val="00617E2D"/>
    <w:rsid w:val="00626B08"/>
    <w:rsid w:val="006318FA"/>
    <w:rsid w:val="00683360"/>
    <w:rsid w:val="0068570C"/>
    <w:rsid w:val="00691A61"/>
    <w:rsid w:val="006F559C"/>
    <w:rsid w:val="006F658C"/>
    <w:rsid w:val="00702C70"/>
    <w:rsid w:val="0072306C"/>
    <w:rsid w:val="00785E18"/>
    <w:rsid w:val="00796B73"/>
    <w:rsid w:val="007A6DDE"/>
    <w:rsid w:val="007B6C6F"/>
    <w:rsid w:val="00802435"/>
    <w:rsid w:val="00851934"/>
    <w:rsid w:val="00883A1D"/>
    <w:rsid w:val="008B0A81"/>
    <w:rsid w:val="008E759D"/>
    <w:rsid w:val="008F30D9"/>
    <w:rsid w:val="008F333B"/>
    <w:rsid w:val="008F58D8"/>
    <w:rsid w:val="009451B2"/>
    <w:rsid w:val="00947C1B"/>
    <w:rsid w:val="00951238"/>
    <w:rsid w:val="00953D70"/>
    <w:rsid w:val="009707B7"/>
    <w:rsid w:val="009757EA"/>
    <w:rsid w:val="009E4DF3"/>
    <w:rsid w:val="00A177AF"/>
    <w:rsid w:val="00A51273"/>
    <w:rsid w:val="00AA1D8D"/>
    <w:rsid w:val="00B425CF"/>
    <w:rsid w:val="00B47730"/>
    <w:rsid w:val="00B54872"/>
    <w:rsid w:val="00B73993"/>
    <w:rsid w:val="00BB107E"/>
    <w:rsid w:val="00C146E5"/>
    <w:rsid w:val="00C75839"/>
    <w:rsid w:val="00C768CE"/>
    <w:rsid w:val="00CA3660"/>
    <w:rsid w:val="00CA6E75"/>
    <w:rsid w:val="00CB0664"/>
    <w:rsid w:val="00CD1693"/>
    <w:rsid w:val="00CE1BEC"/>
    <w:rsid w:val="00CE6D25"/>
    <w:rsid w:val="00CF5BC1"/>
    <w:rsid w:val="00D04BEE"/>
    <w:rsid w:val="00D80BF8"/>
    <w:rsid w:val="00E0275F"/>
    <w:rsid w:val="00E12D06"/>
    <w:rsid w:val="00E23DF9"/>
    <w:rsid w:val="00E4268E"/>
    <w:rsid w:val="00ED02E6"/>
    <w:rsid w:val="00EF7DF5"/>
    <w:rsid w:val="00F55570"/>
    <w:rsid w:val="00F911F1"/>
    <w:rsid w:val="00F91AC4"/>
    <w:rsid w:val="00FC693F"/>
    <w:rsid w:val="00FC783E"/>
    <w:rsid w:val="00FD62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317776"/>
  <w14:defaultImageDpi w14:val="300"/>
  <w15:docId w15:val="{28297C2D-6CDE-49F4-8DFA-E1641E6D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標楷體"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line="480" w:lineRule="exact"/>
    </w:pPr>
  </w:style>
  <w:style w:type="paragraph" w:styleId="1">
    <w:name w:val="heading 1"/>
    <w:basedOn w:val="a1"/>
    <w:next w:val="a1"/>
    <w:link w:val="10"/>
    <w:uiPriority w:val="9"/>
    <w:qFormat/>
    <w:rsid w:val="00FC693F"/>
    <w:pPr>
      <w:keepNext/>
      <w:keepLines/>
      <w:spacing w:before="120" w:after="120"/>
      <w:outlineLvl w:val="0"/>
    </w:pPr>
    <w:rPr>
      <w:rFonts w:asciiTheme="majorHAnsi" w:eastAsiaTheme="majorEastAsia" w:hAnsiTheme="majorHAnsi" w:cstheme="majorBidi"/>
      <w:b/>
      <w:bCs/>
      <w:color w:val="000000"/>
      <w:sz w:val="32"/>
      <w:szCs w:val="28"/>
    </w:rPr>
  </w:style>
  <w:style w:type="paragraph" w:styleId="21">
    <w:name w:val="heading 2"/>
    <w:basedOn w:val="a1"/>
    <w:next w:val="a1"/>
    <w:link w:val="22"/>
    <w:uiPriority w:val="9"/>
    <w:unhideWhenUsed/>
    <w:qFormat/>
    <w:rsid w:val="00FC693F"/>
    <w:pPr>
      <w:keepNext/>
      <w:keepLines/>
      <w:spacing w:before="120" w:after="120"/>
      <w:outlineLvl w:val="1"/>
    </w:pPr>
    <w:rPr>
      <w:rFonts w:asciiTheme="majorHAnsi" w:eastAsiaTheme="majorEastAsia" w:hAnsiTheme="majorHAnsi" w:cstheme="majorBidi"/>
      <w:b/>
      <w:bCs/>
      <w:color w:val="4F81BD" w:themeColor="accent1"/>
      <w:sz w:val="28"/>
      <w:szCs w:val="26"/>
    </w:rPr>
  </w:style>
  <w:style w:type="paragraph" w:styleId="31">
    <w:name w:val="heading 3"/>
    <w:basedOn w:val="a1"/>
    <w:next w:val="a1"/>
    <w:link w:val="32"/>
    <w:uiPriority w:val="9"/>
    <w:unhideWhenUsed/>
    <w:qFormat/>
    <w:rsid w:val="00FC693F"/>
    <w:pPr>
      <w:keepNext/>
      <w:keepLines/>
      <w:spacing w:before="120" w:after="12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120" w:after="12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0375D-7C1F-49EC-BA72-AFFE6C63F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13</Pages>
  <Words>1109</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115年全國民俗運動競賽工作計畫書</dc:title>
  <dc:subject>送審整併版</dc:subject>
  <dc:creator>高華君 Kao, Hua-Chun</dc:creator>
  <cp:keywords/>
  <dc:description>generated by python-docx</dc:description>
  <cp:lastModifiedBy>彤霖 陳</cp:lastModifiedBy>
  <cp:revision>23</cp:revision>
  <dcterms:created xsi:type="dcterms:W3CDTF">2026-09-22T11:02:00Z</dcterms:created>
  <dcterms:modified xsi:type="dcterms:W3CDTF">2026-10-09T03:27:00Z</dcterms:modified>
  <cp:category/>
</cp:coreProperties>
</file>